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Spec="right" w:tblpY="56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01"/>
      </w:tblGrid>
      <w:tr w:rsidR="009F6E35" w:rsidRPr="006E54D8" w14:paraId="20B78679" w14:textId="77777777" w:rsidTr="009F6E35">
        <w:tc>
          <w:tcPr>
            <w:tcW w:w="4101" w:type="dxa"/>
          </w:tcPr>
          <w:p w14:paraId="48B9F34C" w14:textId="77777777" w:rsidR="009F6E35" w:rsidRPr="00C22C01" w:rsidRDefault="009F6E35" w:rsidP="009F6E35">
            <w:pPr>
              <w:shd w:val="clear" w:color="auto" w:fill="FFFFFF"/>
              <w:rPr>
                <w:lang w:val="uk-UA"/>
              </w:rPr>
            </w:pPr>
            <w:r w:rsidRPr="00C22C01">
              <w:rPr>
                <w:lang w:val="uk-UA"/>
              </w:rPr>
              <w:t>Додаток  №____</w:t>
            </w:r>
            <w:r w:rsidRPr="00C22C01">
              <w:rPr>
                <w:color w:val="000000"/>
                <w:lang w:val="uk-UA"/>
              </w:rPr>
              <w:t xml:space="preserve">                                                                                                                                                                              </w:t>
            </w:r>
          </w:p>
        </w:tc>
      </w:tr>
      <w:tr w:rsidR="009F6E35" w:rsidRPr="00E100B8" w14:paraId="34EE9D37" w14:textId="77777777" w:rsidTr="009F6E35">
        <w:tc>
          <w:tcPr>
            <w:tcW w:w="4101" w:type="dxa"/>
          </w:tcPr>
          <w:p w14:paraId="3BAE9DF5" w14:textId="77777777" w:rsidR="009F6E35" w:rsidRPr="00C22C01" w:rsidRDefault="009F6E35" w:rsidP="009F6E35">
            <w:pPr>
              <w:rPr>
                <w:highlight w:val="yellow"/>
                <w:lang w:val="uk-UA"/>
              </w:rPr>
            </w:pPr>
            <w:r w:rsidRPr="00C22C01">
              <w:rPr>
                <w:color w:val="000000"/>
                <w:lang w:val="uk-UA"/>
              </w:rPr>
              <w:t>до рішення Ніжинської</w:t>
            </w:r>
            <w:r>
              <w:rPr>
                <w:color w:val="000000"/>
                <w:lang w:val="uk-UA"/>
              </w:rPr>
              <w:t xml:space="preserve"> </w:t>
            </w:r>
            <w:r w:rsidRPr="00C22C01">
              <w:rPr>
                <w:color w:val="000000"/>
                <w:lang w:val="uk-UA"/>
              </w:rPr>
              <w:t xml:space="preserve"> міської ради </w:t>
            </w:r>
          </w:p>
        </w:tc>
      </w:tr>
      <w:tr w:rsidR="009F6E35" w:rsidRPr="006E54D8" w14:paraId="6F486C8B" w14:textId="77777777" w:rsidTr="009F6E35">
        <w:tc>
          <w:tcPr>
            <w:tcW w:w="4101" w:type="dxa"/>
          </w:tcPr>
          <w:p w14:paraId="41121F52" w14:textId="77777777" w:rsidR="009F6E35" w:rsidRPr="00C22C01" w:rsidRDefault="009F6E35" w:rsidP="009F6E35">
            <w:pPr>
              <w:rPr>
                <w:highlight w:val="yellow"/>
                <w:lang w:val="uk-UA"/>
              </w:rPr>
            </w:pPr>
            <w:r w:rsidRPr="00C22C01">
              <w:rPr>
                <w:color w:val="000000"/>
                <w:lang w:val="uk-UA"/>
              </w:rPr>
              <w:t>VIІI</w:t>
            </w:r>
            <w:r>
              <w:rPr>
                <w:color w:val="000000"/>
                <w:lang w:val="uk-UA"/>
              </w:rPr>
              <w:t xml:space="preserve"> </w:t>
            </w:r>
            <w:r w:rsidRPr="00C22C01">
              <w:rPr>
                <w:color w:val="000000"/>
                <w:lang w:val="uk-UA"/>
              </w:rPr>
              <w:t xml:space="preserve"> скликання</w:t>
            </w:r>
          </w:p>
        </w:tc>
      </w:tr>
      <w:tr w:rsidR="009F6E35" w:rsidRPr="006E54D8" w14:paraId="684BABB8" w14:textId="77777777" w:rsidTr="009F6E35">
        <w:tc>
          <w:tcPr>
            <w:tcW w:w="4101" w:type="dxa"/>
          </w:tcPr>
          <w:p w14:paraId="487915F1" w14:textId="77777777" w:rsidR="009F6E35" w:rsidRPr="00C22C01" w:rsidRDefault="009F6E35" w:rsidP="009F6E35">
            <w:pPr>
              <w:shd w:val="clear" w:color="auto" w:fill="FFFFFF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 xml:space="preserve"> </w:t>
            </w:r>
            <w:r w:rsidRPr="00C22C01">
              <w:rPr>
                <w:color w:val="000000"/>
                <w:lang w:val="uk-UA"/>
              </w:rPr>
              <w:t>від ____</w:t>
            </w:r>
            <w:r>
              <w:rPr>
                <w:color w:val="000000"/>
                <w:lang w:val="uk-UA"/>
              </w:rPr>
              <w:t>______</w:t>
            </w:r>
            <w:r w:rsidRPr="00C22C01">
              <w:rPr>
                <w:color w:val="000000"/>
                <w:lang w:val="uk-UA"/>
              </w:rPr>
              <w:t>___</w:t>
            </w:r>
            <w:r>
              <w:rPr>
                <w:color w:val="000000"/>
                <w:lang w:val="uk-UA"/>
              </w:rPr>
              <w:t>року №____</w:t>
            </w:r>
            <w:r w:rsidRPr="00C22C01">
              <w:rPr>
                <w:color w:val="000000"/>
                <w:lang w:val="uk-UA"/>
              </w:rPr>
              <w:t>__</w:t>
            </w:r>
          </w:p>
        </w:tc>
      </w:tr>
    </w:tbl>
    <w:p w14:paraId="2DEA9D1B" w14:textId="164B4A12" w:rsidR="009F6E35" w:rsidRPr="002A7A66" w:rsidRDefault="009F6E35" w:rsidP="009F6E35">
      <w:pPr>
        <w:tabs>
          <w:tab w:val="left" w:pos="7605"/>
        </w:tabs>
        <w:jc w:val="both"/>
        <w:rPr>
          <w:b/>
          <w:bCs/>
          <w:noProof/>
          <w:lang w:val="uk-UA"/>
        </w:rPr>
      </w:pPr>
      <w:r w:rsidRPr="002A7A66">
        <w:rPr>
          <w:noProof/>
          <w:lang w:val="uk-UA"/>
        </w:rPr>
        <w:t xml:space="preserve">                                                                                                                   </w:t>
      </w:r>
      <w:r w:rsidRPr="002A7A66">
        <w:rPr>
          <w:b/>
          <w:bCs/>
          <w:noProof/>
          <w:lang w:val="uk-UA"/>
        </w:rPr>
        <w:t>ПРОЄКТ</w:t>
      </w:r>
    </w:p>
    <w:p w14:paraId="01B275B6" w14:textId="42A004E0" w:rsidR="009F6E35" w:rsidRPr="002A7A66" w:rsidRDefault="009F6E35" w:rsidP="009F6E35">
      <w:pPr>
        <w:tabs>
          <w:tab w:val="left" w:pos="7605"/>
        </w:tabs>
        <w:jc w:val="both"/>
        <w:rPr>
          <w:sz w:val="20"/>
          <w:szCs w:val="20"/>
          <w:lang w:val="uk-UA"/>
        </w:rPr>
      </w:pPr>
      <w:r w:rsidRPr="002A7A66">
        <w:rPr>
          <w:noProof/>
          <w:lang w:val="uk-UA"/>
        </w:rPr>
        <w:t xml:space="preserve">ПОГОДЖЕНО   </w:t>
      </w:r>
    </w:p>
    <w:p w14:paraId="2AC16679" w14:textId="77777777" w:rsidR="009F6E35" w:rsidRPr="002A7A66" w:rsidRDefault="009F6E35" w:rsidP="009F6E35">
      <w:pPr>
        <w:tabs>
          <w:tab w:val="left" w:pos="7605"/>
        </w:tabs>
        <w:spacing w:after="0" w:line="240" w:lineRule="auto"/>
        <w:jc w:val="both"/>
        <w:rPr>
          <w:sz w:val="20"/>
          <w:szCs w:val="20"/>
          <w:lang w:val="uk-UA"/>
        </w:rPr>
      </w:pPr>
      <w:r w:rsidRPr="002A7A66">
        <w:rPr>
          <w:noProof/>
          <w:lang w:val="uk-UA"/>
        </w:rPr>
        <w:t>Заступник міського голови</w:t>
      </w:r>
    </w:p>
    <w:p w14:paraId="47366E4F" w14:textId="77777777" w:rsidR="009F6E35" w:rsidRPr="002A7A66" w:rsidRDefault="009F6E35" w:rsidP="009F6E35">
      <w:pPr>
        <w:tabs>
          <w:tab w:val="left" w:pos="7605"/>
        </w:tabs>
        <w:spacing w:after="0" w:line="240" w:lineRule="auto"/>
        <w:ind w:right="-284"/>
        <w:jc w:val="both"/>
        <w:rPr>
          <w:sz w:val="20"/>
          <w:szCs w:val="20"/>
          <w:lang w:val="uk-UA"/>
        </w:rPr>
      </w:pPr>
      <w:r w:rsidRPr="002A7A66">
        <w:rPr>
          <w:noProof/>
          <w:lang w:val="uk-UA"/>
        </w:rPr>
        <w:t xml:space="preserve">з питань діяльності виконавчих                                                                              </w:t>
      </w:r>
    </w:p>
    <w:p w14:paraId="0E329DB3" w14:textId="580CFE3B" w:rsidR="009F6E35" w:rsidRPr="002A7A66" w:rsidRDefault="009F6E35" w:rsidP="009F6E35">
      <w:pPr>
        <w:spacing w:after="0" w:line="240" w:lineRule="auto"/>
        <w:jc w:val="both"/>
        <w:rPr>
          <w:noProof/>
          <w:lang w:val="uk-UA"/>
        </w:rPr>
      </w:pPr>
      <w:r w:rsidRPr="002A7A66">
        <w:rPr>
          <w:noProof/>
          <w:lang w:val="uk-UA"/>
        </w:rPr>
        <w:t xml:space="preserve">органів ради  </w:t>
      </w:r>
    </w:p>
    <w:p w14:paraId="0581EF7C" w14:textId="77777777" w:rsidR="009F6E35" w:rsidRPr="002A7A66" w:rsidRDefault="009F6E35" w:rsidP="009F6E35">
      <w:pPr>
        <w:spacing w:after="0" w:line="240" w:lineRule="auto"/>
        <w:jc w:val="both"/>
        <w:rPr>
          <w:sz w:val="20"/>
          <w:szCs w:val="20"/>
          <w:lang w:val="uk-UA"/>
        </w:rPr>
      </w:pPr>
    </w:p>
    <w:p w14:paraId="46D89D11" w14:textId="77777777" w:rsidR="009F6E35" w:rsidRPr="002A7A66" w:rsidRDefault="009F6E35" w:rsidP="009F6E35">
      <w:pPr>
        <w:spacing w:after="0" w:line="240" w:lineRule="auto"/>
        <w:jc w:val="both"/>
        <w:rPr>
          <w:sz w:val="20"/>
          <w:szCs w:val="20"/>
          <w:lang w:val="uk-UA"/>
        </w:rPr>
      </w:pPr>
      <w:r w:rsidRPr="002A7A66">
        <w:rPr>
          <w:noProof/>
          <w:lang w:val="uk-UA"/>
        </w:rPr>
        <w:t xml:space="preserve">____________ Сергій СМАГА                                                                                 </w:t>
      </w:r>
    </w:p>
    <w:p w14:paraId="65D7545E" w14:textId="30B56B3F" w:rsidR="009F6E35" w:rsidRPr="002A7A66" w:rsidRDefault="009F6E35" w:rsidP="00E100B8">
      <w:pPr>
        <w:jc w:val="center"/>
        <w:rPr>
          <w:b/>
          <w:lang w:val="uk-UA"/>
        </w:rPr>
      </w:pPr>
      <w:r w:rsidRPr="002A7A66">
        <w:rPr>
          <w:b/>
          <w:lang w:val="uk-UA"/>
        </w:rPr>
        <w:t xml:space="preserve">                               </w:t>
      </w:r>
    </w:p>
    <w:p w14:paraId="10CC85F9" w14:textId="0FE7CFEF" w:rsidR="009F6E35" w:rsidRPr="002A7A66" w:rsidRDefault="009F6E35" w:rsidP="009F6E35">
      <w:pPr>
        <w:jc w:val="center"/>
        <w:rPr>
          <w:b/>
          <w:lang w:val="uk-UA"/>
        </w:rPr>
      </w:pPr>
      <w:r w:rsidRPr="002A7A66">
        <w:rPr>
          <w:b/>
          <w:lang w:val="uk-UA"/>
        </w:rPr>
        <w:t xml:space="preserve">    ПРОГРАМА</w:t>
      </w:r>
    </w:p>
    <w:p w14:paraId="113C638C" w14:textId="77777777" w:rsidR="009F6E35" w:rsidRPr="002A7A66" w:rsidRDefault="009F6E35" w:rsidP="009F6E35">
      <w:pPr>
        <w:jc w:val="center"/>
        <w:rPr>
          <w:b/>
          <w:lang w:val="uk-UA"/>
        </w:rPr>
      </w:pPr>
      <w:r w:rsidRPr="002A7A66">
        <w:rPr>
          <w:b/>
          <w:lang w:val="uk-UA"/>
        </w:rPr>
        <w:t>розвитку Комплексної дитячо-юнацької спортивної школи</w:t>
      </w:r>
    </w:p>
    <w:p w14:paraId="54C3AD47" w14:textId="77777777" w:rsidR="009F6E35" w:rsidRPr="002A7A66" w:rsidRDefault="009F6E35" w:rsidP="009F6E35">
      <w:pPr>
        <w:jc w:val="center"/>
        <w:rPr>
          <w:b/>
          <w:lang w:val="uk-UA"/>
        </w:rPr>
      </w:pPr>
      <w:r w:rsidRPr="002A7A66">
        <w:rPr>
          <w:b/>
          <w:lang w:val="uk-UA"/>
        </w:rPr>
        <w:t xml:space="preserve">   Ніжинського місцевого осередку</w:t>
      </w:r>
    </w:p>
    <w:p w14:paraId="5F09CCAB" w14:textId="3A07A4A2" w:rsidR="009F6E35" w:rsidRPr="002A7A66" w:rsidRDefault="009F6E35" w:rsidP="009F6E35">
      <w:pPr>
        <w:jc w:val="center"/>
        <w:rPr>
          <w:b/>
          <w:lang w:val="uk-UA"/>
        </w:rPr>
      </w:pPr>
      <w:r w:rsidRPr="002A7A66">
        <w:rPr>
          <w:b/>
          <w:lang w:val="uk-UA"/>
        </w:rPr>
        <w:t>фізкультурно-спортивного товариства  «Спартак»  на 2027-2029 роки.</w:t>
      </w:r>
    </w:p>
    <w:p w14:paraId="08DF47CD" w14:textId="77777777" w:rsidR="00665944" w:rsidRDefault="00784D39" w:rsidP="00665944">
      <w:pPr>
        <w:jc w:val="center"/>
        <w:rPr>
          <w:b/>
          <w:lang w:val="uk-UA"/>
        </w:rPr>
      </w:pPr>
      <w:r w:rsidRPr="002A7A66">
        <w:rPr>
          <w:b/>
          <w:lang w:val="uk-UA"/>
        </w:rPr>
        <w:t xml:space="preserve">І. ПАСПОРТ </w:t>
      </w:r>
    </w:p>
    <w:p w14:paraId="76A91DC7" w14:textId="51DE3006" w:rsidR="00083F2E" w:rsidRPr="00665944" w:rsidRDefault="00784D39" w:rsidP="00665944">
      <w:pPr>
        <w:jc w:val="center"/>
        <w:rPr>
          <w:u w:val="single"/>
          <w:lang w:val="uk-UA"/>
        </w:rPr>
      </w:pPr>
      <w:r w:rsidRPr="00665944">
        <w:rPr>
          <w:b/>
          <w:u w:val="single"/>
          <w:lang w:val="uk-UA"/>
        </w:rPr>
        <w:t>П</w:t>
      </w:r>
      <w:r w:rsidR="00665944">
        <w:rPr>
          <w:b/>
          <w:u w:val="single"/>
          <w:lang w:val="uk-UA"/>
        </w:rPr>
        <w:t>рограми</w:t>
      </w:r>
      <w:r w:rsidR="00665944" w:rsidRPr="00665944">
        <w:rPr>
          <w:b/>
          <w:u w:val="single"/>
          <w:lang w:val="uk-UA"/>
        </w:rPr>
        <w:t xml:space="preserve"> розвитку Комплексної дитячо-юнацької спортивної школи</w:t>
      </w:r>
      <w:r w:rsidR="00665944">
        <w:rPr>
          <w:b/>
          <w:u w:val="single"/>
          <w:lang w:val="uk-UA"/>
        </w:rPr>
        <w:t xml:space="preserve"> </w:t>
      </w:r>
      <w:r w:rsidR="00665944" w:rsidRPr="00665944">
        <w:rPr>
          <w:b/>
          <w:u w:val="single"/>
          <w:lang w:val="uk-UA"/>
        </w:rPr>
        <w:t>Ніжинського місцевого осередку</w:t>
      </w:r>
      <w:r w:rsidR="00665944">
        <w:rPr>
          <w:b/>
          <w:u w:val="single"/>
          <w:lang w:val="uk-UA"/>
        </w:rPr>
        <w:t xml:space="preserve"> </w:t>
      </w:r>
      <w:r w:rsidR="00665944" w:rsidRPr="00665944">
        <w:rPr>
          <w:b/>
          <w:u w:val="single"/>
          <w:lang w:val="uk-UA"/>
        </w:rPr>
        <w:t>фізкультурно-спортивного товариства  «Спартак»  на 2027-2029 роки</w:t>
      </w:r>
    </w:p>
    <w:tbl>
      <w:tblPr>
        <w:tblStyle w:val="aff1"/>
        <w:tblW w:w="10201" w:type="dxa"/>
        <w:jc w:val="center"/>
        <w:tblLook w:val="04A0" w:firstRow="1" w:lastRow="0" w:firstColumn="1" w:lastColumn="0" w:noHBand="0" w:noVBand="1"/>
      </w:tblPr>
      <w:tblGrid>
        <w:gridCol w:w="4390"/>
        <w:gridCol w:w="5811"/>
      </w:tblGrid>
      <w:tr w:rsidR="00083F2E" w:rsidRPr="00E100B8" w14:paraId="44154C46" w14:textId="77777777" w:rsidTr="002251BE">
        <w:trPr>
          <w:jc w:val="center"/>
        </w:trPr>
        <w:tc>
          <w:tcPr>
            <w:tcW w:w="4390" w:type="dxa"/>
          </w:tcPr>
          <w:p w14:paraId="50E85CFE" w14:textId="77777777" w:rsidR="00083F2E" w:rsidRPr="002A7A66" w:rsidRDefault="00784D39">
            <w:pPr>
              <w:rPr>
                <w:szCs w:val="24"/>
                <w:lang w:val="uk-UA"/>
              </w:rPr>
            </w:pPr>
            <w:r w:rsidRPr="002A7A66">
              <w:rPr>
                <w:szCs w:val="24"/>
                <w:lang w:val="uk-UA"/>
              </w:rPr>
              <w:t>1. Ініціатор розроблення Програми</w:t>
            </w:r>
          </w:p>
        </w:tc>
        <w:tc>
          <w:tcPr>
            <w:tcW w:w="5811" w:type="dxa"/>
          </w:tcPr>
          <w:p w14:paraId="7D44664B" w14:textId="2DD71E62" w:rsidR="00083F2E" w:rsidRPr="002A7A66" w:rsidRDefault="00E100B8">
            <w:pPr>
              <w:rPr>
                <w:szCs w:val="24"/>
                <w:lang w:val="uk-UA"/>
              </w:rPr>
            </w:pPr>
            <w:r w:rsidRPr="002A7A66">
              <w:rPr>
                <w:szCs w:val="24"/>
                <w:lang w:val="uk-UA"/>
              </w:rPr>
              <w:t>Відділ з питань фізичної культури та</w:t>
            </w:r>
            <w:r>
              <w:rPr>
                <w:szCs w:val="24"/>
                <w:lang w:val="uk-UA"/>
              </w:rPr>
              <w:t xml:space="preserve"> спорту Ніжинської міської ради та </w:t>
            </w:r>
            <w:r w:rsidR="00784D39" w:rsidRPr="002A7A66">
              <w:rPr>
                <w:szCs w:val="24"/>
                <w:lang w:val="uk-UA"/>
              </w:rPr>
              <w:t>Ніжинський місцевий осередок фізкультурно-спортивного товариства «Спартак».</w:t>
            </w:r>
          </w:p>
        </w:tc>
      </w:tr>
      <w:tr w:rsidR="00083F2E" w:rsidRPr="00E100B8" w14:paraId="05740900" w14:textId="77777777" w:rsidTr="002251BE">
        <w:trPr>
          <w:jc w:val="center"/>
        </w:trPr>
        <w:tc>
          <w:tcPr>
            <w:tcW w:w="4390" w:type="dxa"/>
          </w:tcPr>
          <w:p w14:paraId="06741C70" w14:textId="19E607B3" w:rsidR="00083F2E" w:rsidRPr="002A7A66" w:rsidRDefault="00665944">
            <w:pPr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2</w:t>
            </w:r>
            <w:r w:rsidR="00784D39" w:rsidRPr="002A7A66">
              <w:rPr>
                <w:szCs w:val="24"/>
                <w:lang w:val="uk-UA"/>
              </w:rPr>
              <w:t>. Законодавча база Програми</w:t>
            </w:r>
          </w:p>
        </w:tc>
        <w:tc>
          <w:tcPr>
            <w:tcW w:w="5811" w:type="dxa"/>
          </w:tcPr>
          <w:p w14:paraId="2F73B859" w14:textId="77777777" w:rsidR="00083F2E" w:rsidRPr="002A7A66" w:rsidRDefault="00784D39">
            <w:pPr>
              <w:rPr>
                <w:szCs w:val="24"/>
                <w:lang w:val="uk-UA"/>
              </w:rPr>
            </w:pPr>
            <w:r w:rsidRPr="002A7A66">
              <w:rPr>
                <w:szCs w:val="24"/>
                <w:lang w:val="uk-UA"/>
              </w:rPr>
              <w:t>Бюджетний кодекс України; Закони України «Про освіту», «Про позашкільну освіту», «Про фізичну культуру і спорт»; постанова Кабінету Міністрів України від 05.11.2008 № 993 «Про затвердження Положення про дитячо-юнацьку спортивну школу» (зі змінами); інші нормативно-правові акти у сфері освіти, фізичної культури і спорту та бюджетного законодавства України.</w:t>
            </w:r>
          </w:p>
        </w:tc>
      </w:tr>
      <w:tr w:rsidR="00083F2E" w:rsidRPr="002A7A66" w14:paraId="085F36B2" w14:textId="77777777" w:rsidTr="002251BE">
        <w:trPr>
          <w:jc w:val="center"/>
        </w:trPr>
        <w:tc>
          <w:tcPr>
            <w:tcW w:w="4390" w:type="dxa"/>
          </w:tcPr>
          <w:p w14:paraId="4F89F03C" w14:textId="321E3C82" w:rsidR="00083F2E" w:rsidRPr="002A7A66" w:rsidRDefault="00665944">
            <w:pPr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3</w:t>
            </w:r>
            <w:r w:rsidR="00784D39" w:rsidRPr="002A7A66">
              <w:rPr>
                <w:szCs w:val="24"/>
                <w:lang w:val="uk-UA"/>
              </w:rPr>
              <w:t>. Розробник Програми</w:t>
            </w:r>
          </w:p>
        </w:tc>
        <w:tc>
          <w:tcPr>
            <w:tcW w:w="5811" w:type="dxa"/>
          </w:tcPr>
          <w:p w14:paraId="79D20037" w14:textId="4AAA315F" w:rsidR="00083F2E" w:rsidRPr="002A7A66" w:rsidRDefault="00784D39">
            <w:pPr>
              <w:rPr>
                <w:szCs w:val="24"/>
                <w:lang w:val="uk-UA"/>
              </w:rPr>
            </w:pPr>
            <w:r w:rsidRPr="002A7A66">
              <w:rPr>
                <w:szCs w:val="24"/>
                <w:lang w:val="uk-UA"/>
              </w:rPr>
              <w:t>КДЮСШ НМО ФСТ «Спартак»</w:t>
            </w:r>
          </w:p>
        </w:tc>
      </w:tr>
      <w:tr w:rsidR="00083F2E" w:rsidRPr="00E100B8" w14:paraId="01D24023" w14:textId="77777777" w:rsidTr="002251BE">
        <w:trPr>
          <w:jc w:val="center"/>
        </w:trPr>
        <w:tc>
          <w:tcPr>
            <w:tcW w:w="4390" w:type="dxa"/>
          </w:tcPr>
          <w:p w14:paraId="47C1EFC1" w14:textId="314A684C" w:rsidR="00083F2E" w:rsidRPr="002A7A66" w:rsidRDefault="00665944">
            <w:pPr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4</w:t>
            </w:r>
            <w:r w:rsidR="00784D39" w:rsidRPr="002A7A66">
              <w:rPr>
                <w:szCs w:val="24"/>
                <w:lang w:val="uk-UA"/>
              </w:rPr>
              <w:t>. Головний розпорядник бюджетних коштів</w:t>
            </w:r>
          </w:p>
        </w:tc>
        <w:tc>
          <w:tcPr>
            <w:tcW w:w="5811" w:type="dxa"/>
          </w:tcPr>
          <w:p w14:paraId="76179594" w14:textId="77777777" w:rsidR="00083F2E" w:rsidRPr="002A7A66" w:rsidRDefault="00784D39">
            <w:pPr>
              <w:rPr>
                <w:szCs w:val="24"/>
                <w:lang w:val="uk-UA"/>
              </w:rPr>
            </w:pPr>
            <w:r w:rsidRPr="002A7A66">
              <w:rPr>
                <w:szCs w:val="24"/>
                <w:lang w:val="uk-UA"/>
              </w:rPr>
              <w:t>Відділ з питань фізичної культури та спорту Ніжинської міської ради.</w:t>
            </w:r>
          </w:p>
        </w:tc>
      </w:tr>
      <w:tr w:rsidR="00083F2E" w:rsidRPr="00E100B8" w14:paraId="44A2FF44" w14:textId="77777777" w:rsidTr="002251BE">
        <w:trPr>
          <w:jc w:val="center"/>
        </w:trPr>
        <w:tc>
          <w:tcPr>
            <w:tcW w:w="4390" w:type="dxa"/>
          </w:tcPr>
          <w:p w14:paraId="79F32B72" w14:textId="7DAC2587" w:rsidR="00083F2E" w:rsidRPr="002A7A66" w:rsidRDefault="00665944">
            <w:pPr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5</w:t>
            </w:r>
            <w:r w:rsidR="00784D39" w:rsidRPr="002A7A66">
              <w:rPr>
                <w:szCs w:val="24"/>
                <w:lang w:val="uk-UA"/>
              </w:rPr>
              <w:t>. Відповідальні виконавці Програми</w:t>
            </w:r>
            <w:r>
              <w:rPr>
                <w:szCs w:val="24"/>
                <w:lang w:val="uk-UA"/>
              </w:rPr>
              <w:t xml:space="preserve"> (учасники Програми)</w:t>
            </w:r>
          </w:p>
        </w:tc>
        <w:tc>
          <w:tcPr>
            <w:tcW w:w="5811" w:type="dxa"/>
          </w:tcPr>
          <w:p w14:paraId="00D69F1E" w14:textId="7E34D58F" w:rsidR="00083F2E" w:rsidRPr="002A7A66" w:rsidRDefault="00204FED">
            <w:pPr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 xml:space="preserve">КДЮСШ </w:t>
            </w:r>
            <w:r w:rsidR="00784D39" w:rsidRPr="002A7A66">
              <w:rPr>
                <w:szCs w:val="24"/>
                <w:lang w:val="uk-UA"/>
              </w:rPr>
              <w:t>НМО ФСТ «Спартак»; Відділ з питань фізичної культури та спорту Ніжинської міської ради</w:t>
            </w:r>
          </w:p>
        </w:tc>
      </w:tr>
      <w:tr w:rsidR="00083F2E" w:rsidRPr="002A7A66" w14:paraId="70402D73" w14:textId="77777777" w:rsidTr="002251BE">
        <w:trPr>
          <w:jc w:val="center"/>
        </w:trPr>
        <w:tc>
          <w:tcPr>
            <w:tcW w:w="4390" w:type="dxa"/>
          </w:tcPr>
          <w:p w14:paraId="3C27A47A" w14:textId="1379DF7A" w:rsidR="00083F2E" w:rsidRPr="002A7A66" w:rsidRDefault="00665944">
            <w:pPr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6</w:t>
            </w:r>
            <w:r w:rsidR="00784D39" w:rsidRPr="002A7A66">
              <w:rPr>
                <w:szCs w:val="24"/>
                <w:lang w:val="uk-UA"/>
              </w:rPr>
              <w:t>. Термін реалізації Програми</w:t>
            </w:r>
          </w:p>
        </w:tc>
        <w:tc>
          <w:tcPr>
            <w:tcW w:w="5811" w:type="dxa"/>
          </w:tcPr>
          <w:p w14:paraId="57DDBA47" w14:textId="77777777" w:rsidR="00083F2E" w:rsidRPr="002A7A66" w:rsidRDefault="00784D39">
            <w:pPr>
              <w:rPr>
                <w:szCs w:val="24"/>
                <w:lang w:val="uk-UA"/>
              </w:rPr>
            </w:pPr>
            <w:r w:rsidRPr="002A7A66">
              <w:rPr>
                <w:szCs w:val="24"/>
                <w:lang w:val="uk-UA"/>
              </w:rPr>
              <w:t>2027–2029 роки.</w:t>
            </w:r>
          </w:p>
        </w:tc>
      </w:tr>
      <w:tr w:rsidR="00665944" w:rsidRPr="002A7A66" w14:paraId="3AF3D52C" w14:textId="77777777" w:rsidTr="002251BE">
        <w:trPr>
          <w:jc w:val="center"/>
        </w:trPr>
        <w:tc>
          <w:tcPr>
            <w:tcW w:w="4390" w:type="dxa"/>
          </w:tcPr>
          <w:p w14:paraId="01B58D25" w14:textId="0F6968BC" w:rsidR="00665944" w:rsidRPr="00665944" w:rsidRDefault="00665944">
            <w:r>
              <w:rPr>
                <w:szCs w:val="24"/>
                <w:lang w:val="uk-UA"/>
              </w:rPr>
              <w:t xml:space="preserve">6.1. </w:t>
            </w:r>
            <w:proofErr w:type="spellStart"/>
            <w:r w:rsidRPr="00783694">
              <w:t>Етапи</w:t>
            </w:r>
            <w:proofErr w:type="spellEnd"/>
            <w:r w:rsidRPr="00783694">
              <w:t xml:space="preserve"> </w:t>
            </w:r>
            <w:proofErr w:type="spellStart"/>
            <w:r w:rsidRPr="00783694">
              <w:t>виконання</w:t>
            </w:r>
            <w:proofErr w:type="spellEnd"/>
            <w:r w:rsidRPr="00783694">
              <w:t xml:space="preserve"> </w:t>
            </w:r>
            <w:proofErr w:type="spellStart"/>
            <w:r w:rsidRPr="00783694">
              <w:t>програми</w:t>
            </w:r>
            <w:proofErr w:type="spellEnd"/>
          </w:p>
        </w:tc>
        <w:tc>
          <w:tcPr>
            <w:tcW w:w="5811" w:type="dxa"/>
          </w:tcPr>
          <w:p w14:paraId="2CF48089" w14:textId="016C4144" w:rsidR="00665944" w:rsidRPr="002A7A66" w:rsidRDefault="00665944">
            <w:pPr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І етап -2027 рік; ІІ етап – 2028 рік; ІІІ етап – 2029 рік</w:t>
            </w:r>
          </w:p>
        </w:tc>
      </w:tr>
      <w:tr w:rsidR="00083F2E" w:rsidRPr="002A7A66" w14:paraId="2ECECA77" w14:textId="77777777" w:rsidTr="002251BE">
        <w:trPr>
          <w:jc w:val="center"/>
        </w:trPr>
        <w:tc>
          <w:tcPr>
            <w:tcW w:w="4390" w:type="dxa"/>
          </w:tcPr>
          <w:p w14:paraId="73DED70C" w14:textId="0FE09A8E" w:rsidR="00665944" w:rsidRPr="00783694" w:rsidRDefault="00784D39" w:rsidP="00665944">
            <w:r w:rsidRPr="002A7A66">
              <w:rPr>
                <w:szCs w:val="24"/>
                <w:lang w:val="uk-UA"/>
              </w:rPr>
              <w:t xml:space="preserve">8. </w:t>
            </w:r>
            <w:r w:rsidR="00D80F5B" w:rsidRPr="002A7A66">
              <w:rPr>
                <w:szCs w:val="24"/>
                <w:lang w:val="uk-UA"/>
              </w:rPr>
              <w:t>Загальний о</w:t>
            </w:r>
            <w:r w:rsidRPr="002A7A66">
              <w:rPr>
                <w:szCs w:val="24"/>
                <w:lang w:val="uk-UA"/>
              </w:rPr>
              <w:t>бсяг фінансових ресурсів</w:t>
            </w:r>
            <w:r w:rsidR="00D80F5B" w:rsidRPr="002A7A66">
              <w:rPr>
                <w:szCs w:val="24"/>
                <w:lang w:val="uk-UA"/>
              </w:rPr>
              <w:t xml:space="preserve">, </w:t>
            </w:r>
            <w:r w:rsidR="00665944" w:rsidRPr="00783694">
              <w:t xml:space="preserve">в </w:t>
            </w:r>
            <w:proofErr w:type="spellStart"/>
            <w:r w:rsidR="00665944" w:rsidRPr="00783694">
              <w:t>т.ч</w:t>
            </w:r>
            <w:proofErr w:type="spellEnd"/>
            <w:r w:rsidR="00665944" w:rsidRPr="00783694">
              <w:t xml:space="preserve">. </w:t>
            </w:r>
            <w:proofErr w:type="spellStart"/>
            <w:r w:rsidR="00665944" w:rsidRPr="00783694">
              <w:t>кредиторська</w:t>
            </w:r>
            <w:proofErr w:type="spellEnd"/>
            <w:r w:rsidR="00665944" w:rsidRPr="00783694">
              <w:t xml:space="preserve"> </w:t>
            </w:r>
            <w:proofErr w:type="spellStart"/>
            <w:r w:rsidR="00665944" w:rsidRPr="00783694">
              <w:t>заборгованість</w:t>
            </w:r>
            <w:proofErr w:type="spellEnd"/>
            <w:r w:rsidR="00665944" w:rsidRPr="00783694">
              <w:t xml:space="preserve"> </w:t>
            </w:r>
            <w:proofErr w:type="spellStart"/>
            <w:r w:rsidR="00665944" w:rsidRPr="00783694">
              <w:t>минулих</w:t>
            </w:r>
            <w:proofErr w:type="spellEnd"/>
            <w:r w:rsidR="00665944" w:rsidRPr="00783694">
              <w:t xml:space="preserve"> </w:t>
            </w:r>
            <w:proofErr w:type="spellStart"/>
            <w:r w:rsidR="00665944" w:rsidRPr="00783694">
              <w:t>періодів</w:t>
            </w:r>
            <w:proofErr w:type="spellEnd"/>
            <w:r w:rsidR="00665944" w:rsidRPr="00783694">
              <w:t xml:space="preserve">, </w:t>
            </w:r>
            <w:proofErr w:type="spellStart"/>
            <w:r w:rsidR="00665944" w:rsidRPr="00783694">
              <w:t>необхідних</w:t>
            </w:r>
            <w:proofErr w:type="spellEnd"/>
            <w:r w:rsidR="00665944" w:rsidRPr="00783694">
              <w:t xml:space="preserve"> </w:t>
            </w:r>
            <w:proofErr w:type="spellStart"/>
            <w:r w:rsidR="00665944" w:rsidRPr="00783694">
              <w:t>для</w:t>
            </w:r>
            <w:proofErr w:type="spellEnd"/>
            <w:r w:rsidR="00665944" w:rsidRPr="00783694">
              <w:t xml:space="preserve"> </w:t>
            </w:r>
            <w:proofErr w:type="spellStart"/>
            <w:r w:rsidR="00665944" w:rsidRPr="00783694">
              <w:t>реалізації</w:t>
            </w:r>
            <w:proofErr w:type="spellEnd"/>
            <w:r w:rsidR="00665944" w:rsidRPr="00783694">
              <w:t xml:space="preserve"> </w:t>
            </w:r>
            <w:r w:rsidR="00665944">
              <w:rPr>
                <w:lang w:val="uk-UA"/>
              </w:rPr>
              <w:t>П</w:t>
            </w:r>
            <w:proofErr w:type="spellStart"/>
            <w:r w:rsidR="00665944" w:rsidRPr="00783694">
              <w:t>рограми</w:t>
            </w:r>
            <w:proofErr w:type="spellEnd"/>
            <w:r w:rsidR="00665944" w:rsidRPr="00783694">
              <w:t xml:space="preserve">, </w:t>
            </w:r>
            <w:proofErr w:type="spellStart"/>
            <w:r w:rsidR="00665944" w:rsidRPr="00783694">
              <w:t>всього</w:t>
            </w:r>
            <w:proofErr w:type="spellEnd"/>
            <w:r w:rsidR="00665944" w:rsidRPr="00783694">
              <w:t xml:space="preserve">, </w:t>
            </w:r>
            <w:proofErr w:type="spellStart"/>
            <w:r w:rsidR="00665944" w:rsidRPr="00783694">
              <w:t>гривень</w:t>
            </w:r>
            <w:proofErr w:type="spellEnd"/>
          </w:p>
          <w:p w14:paraId="691C980D" w14:textId="46ECD4AE" w:rsidR="00083F2E" w:rsidRPr="002A7A66" w:rsidRDefault="00665944" w:rsidP="00665944">
            <w:pPr>
              <w:rPr>
                <w:szCs w:val="24"/>
                <w:lang w:val="uk-UA"/>
              </w:rPr>
            </w:pPr>
            <w:r w:rsidRPr="00783694">
              <w:t xml:space="preserve">у </w:t>
            </w:r>
            <w:proofErr w:type="spellStart"/>
            <w:r w:rsidRPr="00783694">
              <w:rPr>
                <w:spacing w:val="-6"/>
              </w:rPr>
              <w:t>тому</w:t>
            </w:r>
            <w:proofErr w:type="spellEnd"/>
            <w:r w:rsidRPr="00783694">
              <w:rPr>
                <w:spacing w:val="-6"/>
              </w:rPr>
              <w:t xml:space="preserve"> </w:t>
            </w:r>
            <w:proofErr w:type="spellStart"/>
            <w:r w:rsidRPr="00783694">
              <w:rPr>
                <w:spacing w:val="-6"/>
              </w:rPr>
              <w:t>числі</w:t>
            </w:r>
            <w:proofErr w:type="spellEnd"/>
            <w:r w:rsidRPr="00783694">
              <w:rPr>
                <w:spacing w:val="-6"/>
              </w:rPr>
              <w:t>:</w:t>
            </w:r>
          </w:p>
        </w:tc>
        <w:tc>
          <w:tcPr>
            <w:tcW w:w="5811" w:type="dxa"/>
          </w:tcPr>
          <w:p w14:paraId="09020D8F" w14:textId="4447338F" w:rsidR="00083F2E" w:rsidRPr="002A7A66" w:rsidRDefault="00D80F5B">
            <w:pPr>
              <w:rPr>
                <w:szCs w:val="24"/>
                <w:lang w:val="uk-UA"/>
              </w:rPr>
            </w:pPr>
            <w:r w:rsidRPr="002A7A66">
              <w:rPr>
                <w:szCs w:val="24"/>
                <w:lang w:val="uk-UA"/>
              </w:rPr>
              <w:t>17 159 300</w:t>
            </w:r>
          </w:p>
        </w:tc>
      </w:tr>
      <w:tr w:rsidR="00083F2E" w:rsidRPr="002A7A66" w14:paraId="4034EC8A" w14:textId="77777777" w:rsidTr="002251BE">
        <w:trPr>
          <w:jc w:val="center"/>
        </w:trPr>
        <w:tc>
          <w:tcPr>
            <w:tcW w:w="4390" w:type="dxa"/>
          </w:tcPr>
          <w:p w14:paraId="4E3A14D1" w14:textId="366E6127" w:rsidR="00083F2E" w:rsidRPr="002A7A66" w:rsidRDefault="00D80F5B">
            <w:pPr>
              <w:rPr>
                <w:szCs w:val="24"/>
                <w:lang w:val="uk-UA"/>
              </w:rPr>
            </w:pPr>
            <w:r w:rsidRPr="002A7A66">
              <w:rPr>
                <w:szCs w:val="24"/>
                <w:lang w:val="uk-UA"/>
              </w:rPr>
              <w:t>8.1.</w:t>
            </w:r>
            <w:r w:rsidR="00784D39" w:rsidRPr="002A7A66">
              <w:rPr>
                <w:szCs w:val="24"/>
                <w:lang w:val="uk-UA"/>
              </w:rPr>
              <w:t xml:space="preserve"> </w:t>
            </w:r>
            <w:r w:rsidRPr="002A7A66">
              <w:rPr>
                <w:szCs w:val="24"/>
                <w:lang w:val="uk-UA"/>
              </w:rPr>
              <w:t>Кошти бюджету Ніжинської міської територіальної громади</w:t>
            </w:r>
          </w:p>
        </w:tc>
        <w:tc>
          <w:tcPr>
            <w:tcW w:w="5811" w:type="dxa"/>
          </w:tcPr>
          <w:p w14:paraId="253D6ABF" w14:textId="6FD817FE" w:rsidR="00083F2E" w:rsidRPr="002A7A66" w:rsidRDefault="00D80F5B">
            <w:pPr>
              <w:rPr>
                <w:szCs w:val="24"/>
                <w:lang w:val="uk-UA"/>
              </w:rPr>
            </w:pPr>
            <w:r w:rsidRPr="002A7A66">
              <w:rPr>
                <w:szCs w:val="24"/>
                <w:lang w:val="uk-UA"/>
              </w:rPr>
              <w:t>14 099 300</w:t>
            </w:r>
          </w:p>
        </w:tc>
      </w:tr>
      <w:tr w:rsidR="00D80F5B" w:rsidRPr="002A7A66" w14:paraId="1B86C9E7" w14:textId="77777777" w:rsidTr="002251BE">
        <w:trPr>
          <w:jc w:val="center"/>
        </w:trPr>
        <w:tc>
          <w:tcPr>
            <w:tcW w:w="4390" w:type="dxa"/>
          </w:tcPr>
          <w:p w14:paraId="500DB5A7" w14:textId="4DE7A11F" w:rsidR="00D80F5B" w:rsidRPr="002A7A66" w:rsidRDefault="00D80F5B">
            <w:pPr>
              <w:rPr>
                <w:szCs w:val="24"/>
                <w:lang w:val="uk-UA"/>
              </w:rPr>
            </w:pPr>
            <w:r w:rsidRPr="002A7A66">
              <w:rPr>
                <w:szCs w:val="24"/>
                <w:lang w:val="uk-UA"/>
              </w:rPr>
              <w:lastRenderedPageBreak/>
              <w:t>8.2. Кошти інших джерел</w:t>
            </w:r>
          </w:p>
        </w:tc>
        <w:tc>
          <w:tcPr>
            <w:tcW w:w="5811" w:type="dxa"/>
          </w:tcPr>
          <w:p w14:paraId="38FEA182" w14:textId="44A179D8" w:rsidR="00D80F5B" w:rsidRPr="002A7A66" w:rsidRDefault="00D80F5B">
            <w:pPr>
              <w:rPr>
                <w:szCs w:val="24"/>
                <w:lang w:val="uk-UA"/>
              </w:rPr>
            </w:pPr>
            <w:r w:rsidRPr="002A7A66">
              <w:rPr>
                <w:szCs w:val="24"/>
                <w:lang w:val="uk-UA"/>
              </w:rPr>
              <w:t>3 060 000</w:t>
            </w:r>
          </w:p>
        </w:tc>
      </w:tr>
    </w:tbl>
    <w:p w14:paraId="42DE82D8" w14:textId="77777777" w:rsidR="00D80F5B" w:rsidRPr="002A7A66" w:rsidRDefault="00D80F5B">
      <w:pPr>
        <w:spacing w:before="160" w:after="160"/>
        <w:jc w:val="center"/>
        <w:rPr>
          <w:b/>
          <w:lang w:val="uk-UA"/>
        </w:rPr>
      </w:pPr>
    </w:p>
    <w:p w14:paraId="49634B17" w14:textId="745A2F89" w:rsidR="00083F2E" w:rsidRPr="002A7A66" w:rsidRDefault="00784D39">
      <w:pPr>
        <w:spacing w:before="160" w:after="160"/>
        <w:jc w:val="center"/>
        <w:rPr>
          <w:lang w:val="uk-UA"/>
        </w:rPr>
      </w:pPr>
      <w:r w:rsidRPr="002A7A66">
        <w:rPr>
          <w:b/>
          <w:lang w:val="uk-UA"/>
        </w:rPr>
        <w:t>ІІ. ВИЗНАЧЕННЯ ПРОБЛЕМИ, НА РОЗВ’ЯЗАННЯ ЯКОЇ СПРЯМОВАНА ПРОГРАМА</w:t>
      </w:r>
    </w:p>
    <w:p w14:paraId="3DDC0BFE" w14:textId="27DE28ED" w:rsidR="00083F2E" w:rsidRPr="002A7A66" w:rsidRDefault="009F6E35" w:rsidP="00650229">
      <w:pPr>
        <w:spacing w:after="0"/>
        <w:jc w:val="both"/>
        <w:rPr>
          <w:lang w:val="uk-UA"/>
        </w:rPr>
      </w:pPr>
      <w:r w:rsidRPr="002A7A66">
        <w:rPr>
          <w:lang w:val="uk-UA"/>
        </w:rPr>
        <w:t xml:space="preserve">         </w:t>
      </w:r>
      <w:r w:rsidR="00784D39" w:rsidRPr="002A7A66">
        <w:rPr>
          <w:lang w:val="uk-UA"/>
        </w:rPr>
        <w:t>Сучасні соціально-економічні умови, повномасштабна збройна агресія Російської Федерації проти України, обмеження можливостей для повноцінного відпочинку та дозвілля дітей і молоді зумовлюють недостатн</w:t>
      </w:r>
      <w:r w:rsidR="00304885">
        <w:rPr>
          <w:lang w:val="uk-UA"/>
        </w:rPr>
        <w:t>ю</w:t>
      </w:r>
      <w:r w:rsidR="00784D39" w:rsidRPr="002A7A66">
        <w:rPr>
          <w:lang w:val="uk-UA"/>
        </w:rPr>
        <w:t xml:space="preserve"> рухов</w:t>
      </w:r>
      <w:r w:rsidR="00304885">
        <w:rPr>
          <w:lang w:val="uk-UA"/>
        </w:rPr>
        <w:t>у</w:t>
      </w:r>
      <w:r w:rsidR="00784D39" w:rsidRPr="002A7A66">
        <w:rPr>
          <w:lang w:val="uk-UA"/>
        </w:rPr>
        <w:t xml:space="preserve"> активність дітей та молоді, що негативно впливає на їх фізичний стан, здоров’я, емоційне самопочуття та загальний розвиток</w:t>
      </w:r>
      <w:r w:rsidR="00304885">
        <w:rPr>
          <w:lang w:val="uk-UA"/>
        </w:rPr>
        <w:t xml:space="preserve">. Це є суттєвою проблемою сьогодення, оскільки дослідження розвинутих країн доводять, що регулярні заняття спортом, фізичною активністю допомагають скоротити захворюваність на хвороби серцево-судинної системи на 36 %, а також, в окремих випадках, зменшити негативний вплив на організм людини шкідливих звичок, підвищити </w:t>
      </w:r>
      <w:proofErr w:type="spellStart"/>
      <w:r w:rsidR="00304885">
        <w:rPr>
          <w:lang w:val="uk-UA"/>
        </w:rPr>
        <w:t>стресостійкість</w:t>
      </w:r>
      <w:proofErr w:type="spellEnd"/>
      <w:r w:rsidR="00304885">
        <w:rPr>
          <w:lang w:val="uk-UA"/>
        </w:rPr>
        <w:t xml:space="preserve"> та відволікти від асоціальної поведінки, сприяти </w:t>
      </w:r>
      <w:r w:rsidR="005C5480">
        <w:rPr>
          <w:lang w:val="uk-UA"/>
        </w:rPr>
        <w:t xml:space="preserve">фізичному </w:t>
      </w:r>
      <w:r w:rsidR="00304885">
        <w:rPr>
          <w:lang w:val="uk-UA"/>
        </w:rPr>
        <w:t>розвитку.</w:t>
      </w:r>
    </w:p>
    <w:p w14:paraId="4407F380" w14:textId="4A85B4C2" w:rsidR="00083F2E" w:rsidRDefault="009F6E35" w:rsidP="00650229">
      <w:pPr>
        <w:spacing w:after="0"/>
        <w:jc w:val="both"/>
        <w:rPr>
          <w:lang w:val="uk-UA"/>
        </w:rPr>
      </w:pPr>
      <w:r w:rsidRPr="002A7A66">
        <w:rPr>
          <w:lang w:val="uk-UA"/>
        </w:rPr>
        <w:t xml:space="preserve">       </w:t>
      </w:r>
      <w:r w:rsidR="00784D39" w:rsidRPr="002A7A66">
        <w:rPr>
          <w:lang w:val="uk-UA"/>
        </w:rPr>
        <w:t>КДЮСШ НМО ФСТ «Спартак» є закладом спеціалізованої позашкільної освіти спортивного профілю, діяльність якого спрямована на розвиток здібностей вихованців в обраних видах спорту, їх фізичний розвиток, оздоровлення, змістовне дозвілля, самореалізацію та спортивне вдосконалення.</w:t>
      </w:r>
    </w:p>
    <w:p w14:paraId="00155EDA" w14:textId="28037708" w:rsidR="00083F2E" w:rsidRPr="003D473D" w:rsidRDefault="00E100B8" w:rsidP="00650229">
      <w:pPr>
        <w:spacing w:after="0"/>
        <w:jc w:val="both"/>
        <w:rPr>
          <w:lang w:val="uk-UA"/>
        </w:rPr>
      </w:pPr>
      <w:r>
        <w:rPr>
          <w:lang w:val="uk-UA"/>
        </w:rPr>
        <w:t xml:space="preserve">       </w:t>
      </w:r>
      <w:r w:rsidRPr="002A7A66">
        <w:rPr>
          <w:lang w:val="uk-UA"/>
        </w:rPr>
        <w:t>КДЮСШ НМО ФСТ «Спартак»</w:t>
      </w:r>
      <w:r>
        <w:rPr>
          <w:lang w:val="uk-UA"/>
        </w:rPr>
        <w:t xml:space="preserve"> на сьогодні єдина спортивна школа в </w:t>
      </w:r>
      <w:r w:rsidRPr="003D473D">
        <w:rPr>
          <w:lang w:val="uk-UA"/>
        </w:rPr>
        <w:t>місті Ніжині, яка має ПЕРШУ категорію</w:t>
      </w:r>
      <w:r w:rsidR="002D489D" w:rsidRPr="003D473D">
        <w:rPr>
          <w:lang w:val="uk-UA"/>
        </w:rPr>
        <w:t xml:space="preserve">. </w:t>
      </w:r>
      <w:r w:rsidR="00350976" w:rsidRPr="003D473D">
        <w:rPr>
          <w:lang w:val="uk-UA"/>
        </w:rPr>
        <w:t>На базі школи</w:t>
      </w:r>
      <w:r w:rsidR="00784D39" w:rsidRPr="003D473D">
        <w:rPr>
          <w:lang w:val="uk-UA"/>
        </w:rPr>
        <w:t xml:space="preserve"> функціонують </w:t>
      </w:r>
      <w:r w:rsidR="00350976" w:rsidRPr="003D473D">
        <w:rPr>
          <w:lang w:val="uk-UA"/>
        </w:rPr>
        <w:t xml:space="preserve">три спортивні </w:t>
      </w:r>
      <w:r w:rsidR="00784D39" w:rsidRPr="003D473D">
        <w:rPr>
          <w:lang w:val="uk-UA"/>
        </w:rPr>
        <w:t>відділення</w:t>
      </w:r>
      <w:r w:rsidR="00350976" w:rsidRPr="003D473D">
        <w:rPr>
          <w:lang w:val="uk-UA"/>
        </w:rPr>
        <w:t>:</w:t>
      </w:r>
      <w:r w:rsidR="00784D39" w:rsidRPr="003D473D">
        <w:rPr>
          <w:lang w:val="uk-UA"/>
        </w:rPr>
        <w:t xml:space="preserve"> спортивної гімнастики, бойового самбо та </w:t>
      </w:r>
      <w:proofErr w:type="spellStart"/>
      <w:r w:rsidR="00784D39" w:rsidRPr="003D473D">
        <w:rPr>
          <w:lang w:val="uk-UA"/>
        </w:rPr>
        <w:t>хортингу</w:t>
      </w:r>
      <w:proofErr w:type="spellEnd"/>
      <w:r w:rsidR="00784D39" w:rsidRPr="003D473D">
        <w:rPr>
          <w:lang w:val="uk-UA"/>
        </w:rPr>
        <w:t>. Навчально-тренувальн</w:t>
      </w:r>
      <w:r w:rsidR="00350976" w:rsidRPr="003D473D">
        <w:rPr>
          <w:lang w:val="uk-UA"/>
        </w:rPr>
        <w:t>им</w:t>
      </w:r>
      <w:r w:rsidR="00784D39" w:rsidRPr="003D473D">
        <w:rPr>
          <w:lang w:val="uk-UA"/>
        </w:rPr>
        <w:t xml:space="preserve"> процес</w:t>
      </w:r>
      <w:r w:rsidR="00350976" w:rsidRPr="003D473D">
        <w:rPr>
          <w:lang w:val="uk-UA"/>
        </w:rPr>
        <w:t xml:space="preserve">ом охоплено понад </w:t>
      </w:r>
      <w:r w:rsidR="008A5533" w:rsidRPr="003D473D">
        <w:rPr>
          <w:lang w:val="uk-UA"/>
        </w:rPr>
        <w:t xml:space="preserve">160 </w:t>
      </w:r>
      <w:r w:rsidR="00350976" w:rsidRPr="003D473D">
        <w:rPr>
          <w:lang w:val="uk-UA"/>
        </w:rPr>
        <w:t>вихованців ( у 2025 році – 164 уч</w:t>
      </w:r>
      <w:r w:rsidR="008A5533" w:rsidRPr="003D473D">
        <w:rPr>
          <w:lang w:val="uk-UA"/>
        </w:rPr>
        <w:t>ні</w:t>
      </w:r>
      <w:r w:rsidR="00350976" w:rsidRPr="003D473D">
        <w:rPr>
          <w:lang w:val="uk-UA"/>
        </w:rPr>
        <w:t>), роботу з якими забезпечують</w:t>
      </w:r>
      <w:r w:rsidR="00784D39" w:rsidRPr="003D473D">
        <w:rPr>
          <w:lang w:val="uk-UA"/>
        </w:rPr>
        <w:t xml:space="preserve"> </w:t>
      </w:r>
      <w:r w:rsidR="00350976" w:rsidRPr="003D473D">
        <w:rPr>
          <w:lang w:val="uk-UA"/>
        </w:rPr>
        <w:t xml:space="preserve">висококваліфіковані </w:t>
      </w:r>
      <w:r w:rsidR="00784D39" w:rsidRPr="003D473D">
        <w:rPr>
          <w:lang w:val="uk-UA"/>
        </w:rPr>
        <w:t>трене</w:t>
      </w:r>
      <w:r w:rsidR="00350976" w:rsidRPr="003D473D">
        <w:rPr>
          <w:lang w:val="uk-UA"/>
        </w:rPr>
        <w:t>ри</w:t>
      </w:r>
      <w:r w:rsidR="00784D39" w:rsidRPr="003D473D">
        <w:rPr>
          <w:lang w:val="uk-UA"/>
        </w:rPr>
        <w:t>-викладач</w:t>
      </w:r>
      <w:r w:rsidR="00350976" w:rsidRPr="003D473D">
        <w:rPr>
          <w:lang w:val="uk-UA"/>
        </w:rPr>
        <w:t>і</w:t>
      </w:r>
      <w:r w:rsidR="00784D39" w:rsidRPr="003D473D">
        <w:rPr>
          <w:lang w:val="uk-UA"/>
        </w:rPr>
        <w:t>.</w:t>
      </w:r>
    </w:p>
    <w:p w14:paraId="61B8C5D4" w14:textId="4249DD8B" w:rsidR="00C23D2C" w:rsidRDefault="009F6E35" w:rsidP="00650229">
      <w:pPr>
        <w:pStyle w:val="afff"/>
        <w:spacing w:before="0" w:beforeAutospacing="0" w:after="0" w:afterAutospacing="0"/>
        <w:jc w:val="both"/>
      </w:pPr>
      <w:r w:rsidRPr="003D473D">
        <w:t xml:space="preserve">      </w:t>
      </w:r>
      <w:r w:rsidR="00784D39" w:rsidRPr="003D473D">
        <w:t xml:space="preserve">Важливим </w:t>
      </w:r>
      <w:r w:rsidR="00350976" w:rsidRPr="003D473D">
        <w:t>підтвердженням високої ефективності діяльності школи</w:t>
      </w:r>
      <w:r w:rsidR="00C23D2C" w:rsidRPr="003D473D">
        <w:t xml:space="preserve"> </w:t>
      </w:r>
      <w:r w:rsidR="00784D39" w:rsidRPr="003D473D">
        <w:t>є підготовка спорт</w:t>
      </w:r>
      <w:r w:rsidR="00C23D2C" w:rsidRPr="003D473D">
        <w:t>ивного</w:t>
      </w:r>
      <w:r w:rsidR="00784D39" w:rsidRPr="003D473D">
        <w:t xml:space="preserve"> </w:t>
      </w:r>
      <w:r w:rsidR="00C23D2C" w:rsidRPr="003D473D">
        <w:t>резерву</w:t>
      </w:r>
      <w:r w:rsidR="00784D39" w:rsidRPr="003D473D">
        <w:t xml:space="preserve">, </w:t>
      </w:r>
      <w:r w:rsidR="00C23D2C" w:rsidRPr="003D473D">
        <w:t>кандидатів і членів основного складу збірних команд України, а також</w:t>
      </w:r>
      <w:r w:rsidR="00C23D2C">
        <w:t xml:space="preserve"> постійне підвищення рівня спортивної майстерності вихованців:</w:t>
      </w:r>
    </w:p>
    <w:p w14:paraId="22BC2D60" w14:textId="6187B16B" w:rsidR="002D0791" w:rsidRPr="008A5533" w:rsidRDefault="002D0791" w:rsidP="00650229">
      <w:pPr>
        <w:pStyle w:val="afff"/>
        <w:numPr>
          <w:ilvl w:val="0"/>
          <w:numId w:val="10"/>
        </w:numPr>
        <w:spacing w:before="0" w:beforeAutospacing="0" w:after="0" w:afterAutospacing="0"/>
        <w:jc w:val="both"/>
      </w:pPr>
      <w:r w:rsidRPr="008A5533">
        <w:rPr>
          <w:b/>
          <w:bCs/>
        </w:rPr>
        <w:t>У 2024 році</w:t>
      </w:r>
      <w:r w:rsidRPr="008A5533">
        <w:t xml:space="preserve"> підготовлено 3 Майстри спорту України та 7 Кандидатів у майстри спорту України;</w:t>
      </w:r>
    </w:p>
    <w:p w14:paraId="088A32DB" w14:textId="31BEC125" w:rsidR="00C23D2C" w:rsidRPr="008A5533" w:rsidRDefault="00C23D2C" w:rsidP="00650229">
      <w:pPr>
        <w:pStyle w:val="afff"/>
        <w:numPr>
          <w:ilvl w:val="0"/>
          <w:numId w:val="10"/>
        </w:numPr>
        <w:spacing w:before="0" w:beforeAutospacing="0" w:after="0" w:afterAutospacing="0"/>
        <w:jc w:val="both"/>
      </w:pPr>
      <w:r w:rsidRPr="008A5533">
        <w:rPr>
          <w:b/>
          <w:bCs/>
        </w:rPr>
        <w:t>У 2025 році</w:t>
      </w:r>
      <w:r w:rsidRPr="008A5533">
        <w:t xml:space="preserve"> підготовлено </w:t>
      </w:r>
      <w:r w:rsidR="00E53341" w:rsidRPr="008A5533">
        <w:t>1</w:t>
      </w:r>
      <w:r w:rsidRPr="008A5533">
        <w:t xml:space="preserve"> Майст</w:t>
      </w:r>
      <w:r w:rsidR="002D0791" w:rsidRPr="008A5533">
        <w:t>ер</w:t>
      </w:r>
      <w:r w:rsidRPr="008A5533">
        <w:t xml:space="preserve"> спорту України та 1</w:t>
      </w:r>
      <w:r w:rsidR="00E53341" w:rsidRPr="008A5533">
        <w:t>0</w:t>
      </w:r>
      <w:r w:rsidRPr="008A5533">
        <w:t xml:space="preserve"> Кандидатів у майстри спорту України;</w:t>
      </w:r>
    </w:p>
    <w:p w14:paraId="38CDB10F" w14:textId="26287409" w:rsidR="00C23D2C" w:rsidRPr="008A5533" w:rsidRDefault="00C23D2C" w:rsidP="00650229">
      <w:pPr>
        <w:pStyle w:val="afff"/>
        <w:numPr>
          <w:ilvl w:val="0"/>
          <w:numId w:val="10"/>
        </w:numPr>
        <w:spacing w:after="0" w:afterAutospacing="0"/>
        <w:jc w:val="both"/>
      </w:pPr>
      <w:r w:rsidRPr="008A5533">
        <w:rPr>
          <w:b/>
          <w:bCs/>
        </w:rPr>
        <w:t>У 2026 році</w:t>
      </w:r>
      <w:r w:rsidRPr="008A5533">
        <w:t xml:space="preserve"> </w:t>
      </w:r>
      <w:r w:rsidR="002D0791" w:rsidRPr="008A5533">
        <w:t xml:space="preserve">планується підготувати </w:t>
      </w:r>
      <w:r w:rsidR="001F034D" w:rsidRPr="008A5533">
        <w:t>1</w:t>
      </w:r>
      <w:r w:rsidRPr="008A5533">
        <w:t xml:space="preserve"> Майстра спорту України та 7  Кандидат</w:t>
      </w:r>
      <w:r w:rsidR="002D0791" w:rsidRPr="008A5533">
        <w:t>ів</w:t>
      </w:r>
      <w:r w:rsidRPr="008A5533">
        <w:t xml:space="preserve"> у майстри спорту України.</w:t>
      </w:r>
    </w:p>
    <w:p w14:paraId="31FBB28D" w14:textId="460E5A73" w:rsidR="00083F2E" w:rsidRPr="002A7A66" w:rsidRDefault="009F6E35" w:rsidP="00650229">
      <w:pPr>
        <w:spacing w:after="0"/>
        <w:jc w:val="both"/>
        <w:rPr>
          <w:lang w:val="uk-UA"/>
        </w:rPr>
      </w:pPr>
      <w:r w:rsidRPr="002A7A66">
        <w:rPr>
          <w:lang w:val="uk-UA"/>
        </w:rPr>
        <w:t xml:space="preserve">       </w:t>
      </w:r>
      <w:r w:rsidR="00784D39" w:rsidRPr="002A7A66">
        <w:rPr>
          <w:lang w:val="uk-UA"/>
        </w:rPr>
        <w:t xml:space="preserve">Подальший розвиток КДЮСШ потребує стабільного фінансового забезпечення, належних умов для проведення навчально-тренувального процесу, участі вихованців у спортивних змаганнях, проведення навчально-тренувальних зборів, оздоровлення дітей, підвищення професійного рівня </w:t>
      </w:r>
      <w:proofErr w:type="spellStart"/>
      <w:r w:rsidR="00784D39" w:rsidRPr="002A7A66">
        <w:rPr>
          <w:lang w:val="uk-UA"/>
        </w:rPr>
        <w:t>тренерсько</w:t>
      </w:r>
      <w:proofErr w:type="spellEnd"/>
      <w:r w:rsidR="00784D39" w:rsidRPr="002A7A66">
        <w:rPr>
          <w:lang w:val="uk-UA"/>
        </w:rPr>
        <w:t>-викладацького складу та зміцнення матеріально-технічної бази.</w:t>
      </w:r>
    </w:p>
    <w:p w14:paraId="1FFDA7E9" w14:textId="30AAC4FC" w:rsidR="00083F2E" w:rsidRPr="002A7A66" w:rsidRDefault="009F6E35" w:rsidP="00650229">
      <w:pPr>
        <w:spacing w:after="0"/>
        <w:jc w:val="both"/>
        <w:rPr>
          <w:lang w:val="uk-UA"/>
        </w:rPr>
      </w:pPr>
      <w:r w:rsidRPr="002A7A66">
        <w:rPr>
          <w:lang w:val="uk-UA"/>
        </w:rPr>
        <w:t xml:space="preserve">     </w:t>
      </w:r>
      <w:r w:rsidR="00784D39" w:rsidRPr="002A7A66">
        <w:rPr>
          <w:lang w:val="uk-UA"/>
        </w:rPr>
        <w:t>Важливим завданням є також забезпечення безпечних умов для проведення занять з урахуванням вимог безпеки, що діють в умовах воєнного стану.</w:t>
      </w:r>
    </w:p>
    <w:p w14:paraId="611F6391" w14:textId="2FEEDAC0" w:rsidR="00083F2E" w:rsidRDefault="009F6E35" w:rsidP="00650229">
      <w:pPr>
        <w:spacing w:after="0"/>
        <w:jc w:val="both"/>
        <w:rPr>
          <w:lang w:val="uk-UA"/>
        </w:rPr>
      </w:pPr>
      <w:r w:rsidRPr="002A7A66">
        <w:rPr>
          <w:lang w:val="uk-UA"/>
        </w:rPr>
        <w:t xml:space="preserve">     </w:t>
      </w:r>
      <w:r w:rsidR="00784D39" w:rsidRPr="002A7A66">
        <w:rPr>
          <w:lang w:val="uk-UA"/>
        </w:rPr>
        <w:t>Таким чином, існує необхідність у комплексному та системному підході до розвитку КДЮСШ НМО ФСТ «Спартак», що передбачає підтримку як масового дитячо-юнацького спорту, так і підготовки спортсменів високого рівня.</w:t>
      </w:r>
    </w:p>
    <w:p w14:paraId="0C3BAE49" w14:textId="77777777" w:rsidR="00083F2E" w:rsidRPr="002A7A66" w:rsidRDefault="00784D39">
      <w:pPr>
        <w:spacing w:before="160" w:after="160"/>
        <w:jc w:val="center"/>
        <w:rPr>
          <w:lang w:val="uk-UA"/>
        </w:rPr>
      </w:pPr>
      <w:r w:rsidRPr="002A7A66">
        <w:rPr>
          <w:b/>
          <w:lang w:val="uk-UA"/>
        </w:rPr>
        <w:t>ІІІ. МЕТА ПРОГРАМИ</w:t>
      </w:r>
    </w:p>
    <w:p w14:paraId="301ED0AE" w14:textId="77777777" w:rsidR="005869A6" w:rsidRDefault="009F6E35" w:rsidP="00D42415">
      <w:pPr>
        <w:jc w:val="both"/>
        <w:rPr>
          <w:lang w:val="uk-UA"/>
        </w:rPr>
      </w:pPr>
      <w:r w:rsidRPr="002A7A66">
        <w:rPr>
          <w:lang w:val="uk-UA"/>
        </w:rPr>
        <w:t xml:space="preserve">     </w:t>
      </w:r>
      <w:r w:rsidR="00784D39" w:rsidRPr="002A7A66">
        <w:rPr>
          <w:lang w:val="uk-UA"/>
        </w:rPr>
        <w:t>Метою Програми є створення належних організаційних, фінансових, матеріально-технічних та безпекових умов функціонування і подальшого розвитку КДЮСШ НМО ФСТ «Спартак»</w:t>
      </w:r>
      <w:r w:rsidR="00D42415">
        <w:rPr>
          <w:lang w:val="uk-UA"/>
        </w:rPr>
        <w:t xml:space="preserve"> для</w:t>
      </w:r>
      <w:r w:rsidR="00784D39" w:rsidRPr="002A7A66">
        <w:rPr>
          <w:lang w:val="uk-UA"/>
        </w:rPr>
        <w:t xml:space="preserve"> </w:t>
      </w:r>
      <w:r w:rsidR="005869A6">
        <w:rPr>
          <w:lang w:val="uk-UA"/>
        </w:rPr>
        <w:t xml:space="preserve">     </w:t>
      </w:r>
    </w:p>
    <w:p w14:paraId="6899DC9E" w14:textId="7769C7B1" w:rsidR="00083F2E" w:rsidRPr="002A7A66" w:rsidRDefault="00784D39" w:rsidP="00D42415">
      <w:pPr>
        <w:jc w:val="both"/>
        <w:rPr>
          <w:lang w:val="uk-UA"/>
        </w:rPr>
      </w:pPr>
      <w:r w:rsidRPr="002A7A66">
        <w:rPr>
          <w:lang w:val="uk-UA"/>
        </w:rPr>
        <w:lastRenderedPageBreak/>
        <w:t>залучення дітей та молоді до систематичних занять фізичною культурою і спортом, зміцнення їх здоров’я, фізичного та психоемоційного стану, розвитку спортивних здібностей та підготовки спортсменів високого рівня.</w:t>
      </w:r>
    </w:p>
    <w:p w14:paraId="0FF5F252" w14:textId="77777777" w:rsidR="00083F2E" w:rsidRPr="002A7A66" w:rsidRDefault="00784D39">
      <w:pPr>
        <w:spacing w:before="160" w:after="160"/>
        <w:jc w:val="center"/>
        <w:rPr>
          <w:lang w:val="uk-UA"/>
        </w:rPr>
      </w:pPr>
      <w:r w:rsidRPr="002A7A66">
        <w:rPr>
          <w:b/>
          <w:lang w:val="uk-UA"/>
        </w:rPr>
        <w:t>IV. ОБҐРУНТУВАННЯ ШЛЯХІВ І ЗАСОБІВ РОЗВ’ЯЗАННЯ ПРОБЛЕМИ, ОБСЯГІВ ТА ДЖЕРЕЛ ФІНАНСУВАННЯ, СТРОКІВ ТА ЕТАПІВ ВИКОНАННЯ ПРОГРАМИ</w:t>
      </w:r>
    </w:p>
    <w:p w14:paraId="21BACB50" w14:textId="77777777" w:rsidR="00D95EF6" w:rsidRDefault="009F6E35" w:rsidP="003551E9">
      <w:pPr>
        <w:pStyle w:val="afff"/>
        <w:jc w:val="both"/>
      </w:pPr>
      <w:r w:rsidRPr="002A7A66">
        <w:t xml:space="preserve">       </w:t>
      </w:r>
      <w:r w:rsidR="00D95EF6">
        <w:t>Розв’язання визначених проблем передбачається шляхом забезпечення стабільної діяльності КДЮСШ, створення безпечних умов для навчально-тренувального процесу, розвитку спортивної інфраструктури, проведення спортивних заходів та забезпечення участі вихованців у змаганнях.</w:t>
      </w:r>
    </w:p>
    <w:p w14:paraId="161687AB" w14:textId="77777777" w:rsidR="00D95EF6" w:rsidRPr="00D95EF6" w:rsidRDefault="00D95EF6" w:rsidP="00D95EF6">
      <w:pPr>
        <w:pStyle w:val="afff"/>
        <w:rPr>
          <w:u w:val="single"/>
        </w:rPr>
      </w:pPr>
      <w:r w:rsidRPr="00D95EF6">
        <w:rPr>
          <w:u w:val="single"/>
        </w:rPr>
        <w:t>Основними шляхами реалізації Програми є:</w:t>
      </w:r>
    </w:p>
    <w:p w14:paraId="795F6929" w14:textId="612CEE3A" w:rsidR="00D95EF6" w:rsidRPr="00CB084C" w:rsidRDefault="00D95EF6" w:rsidP="003551E9">
      <w:pPr>
        <w:pStyle w:val="afff"/>
        <w:numPr>
          <w:ilvl w:val="0"/>
          <w:numId w:val="11"/>
        </w:numPr>
        <w:jc w:val="both"/>
      </w:pPr>
      <w:r w:rsidRPr="006F690E">
        <w:t xml:space="preserve">Забезпечення повноцінного функціонування школи та оплати </w:t>
      </w:r>
      <w:r w:rsidR="004E0DA0" w:rsidRPr="006F690E">
        <w:t xml:space="preserve">праці і нарахування на заробітну працівникам КДЮСШ НМО ФСТ “Спартак» відповідно до </w:t>
      </w:r>
      <w:r w:rsidR="004E0DA0" w:rsidRPr="00CB084C">
        <w:t>структури</w:t>
      </w:r>
      <w:r w:rsidR="002D69C8" w:rsidRPr="00CB084C">
        <w:t xml:space="preserve"> (</w:t>
      </w:r>
      <w:r w:rsidR="008F460B" w:rsidRPr="00CB084C">
        <w:t>штатного розпису</w:t>
      </w:r>
      <w:r w:rsidR="002D69C8" w:rsidRPr="00CB084C">
        <w:t xml:space="preserve">) </w:t>
      </w:r>
      <w:r w:rsidR="004E0DA0" w:rsidRPr="00CB084C">
        <w:t>затверджен</w:t>
      </w:r>
      <w:r w:rsidR="002D69C8" w:rsidRPr="00CB084C">
        <w:t xml:space="preserve">ої </w:t>
      </w:r>
      <w:r w:rsidR="004E0DA0" w:rsidRPr="00CB084C">
        <w:t>рішенням Ніжинської міської ради</w:t>
      </w:r>
      <w:r w:rsidRPr="00CB084C">
        <w:t>.</w:t>
      </w:r>
    </w:p>
    <w:p w14:paraId="5C523304" w14:textId="77777777" w:rsidR="00D95EF6" w:rsidRPr="00CB084C" w:rsidRDefault="00D95EF6" w:rsidP="003551E9">
      <w:pPr>
        <w:pStyle w:val="afff"/>
        <w:numPr>
          <w:ilvl w:val="0"/>
          <w:numId w:val="11"/>
        </w:numPr>
        <w:jc w:val="both"/>
      </w:pPr>
      <w:r w:rsidRPr="00CB084C">
        <w:t>Організація та проведення навчально-тренувальних зборів (НТЗ) та забезпечення участі вихованців у змаганнях усіх рівнів.</w:t>
      </w:r>
    </w:p>
    <w:p w14:paraId="587C1AA9" w14:textId="77777777" w:rsidR="00D95EF6" w:rsidRDefault="00D95EF6" w:rsidP="003551E9">
      <w:pPr>
        <w:pStyle w:val="afff"/>
        <w:numPr>
          <w:ilvl w:val="0"/>
          <w:numId w:val="11"/>
        </w:numPr>
        <w:jc w:val="both"/>
      </w:pPr>
      <w:r>
        <w:t>Забезпечення спортивним інвентарем, обладнанням та необхідними матеріальними ресурсами.</w:t>
      </w:r>
    </w:p>
    <w:p w14:paraId="2C17A90D" w14:textId="77777777" w:rsidR="00D95EF6" w:rsidRDefault="00D95EF6" w:rsidP="003551E9">
      <w:pPr>
        <w:pStyle w:val="afff"/>
        <w:numPr>
          <w:ilvl w:val="0"/>
          <w:numId w:val="11"/>
        </w:numPr>
        <w:jc w:val="both"/>
      </w:pPr>
      <w:r>
        <w:t>Залучення до занять спортом дітей, які потребують соціальної підтримки та особливої уваги.</w:t>
      </w:r>
    </w:p>
    <w:p w14:paraId="22BD2187" w14:textId="77777777" w:rsidR="00D95EF6" w:rsidRDefault="00D95EF6" w:rsidP="003551E9">
      <w:pPr>
        <w:pStyle w:val="afff"/>
        <w:numPr>
          <w:ilvl w:val="0"/>
          <w:numId w:val="11"/>
        </w:numPr>
        <w:jc w:val="both"/>
      </w:pPr>
      <w:r>
        <w:t xml:space="preserve">Підвищення кваліфікації </w:t>
      </w:r>
      <w:proofErr w:type="spellStart"/>
      <w:r>
        <w:t>тренерсько</w:t>
      </w:r>
      <w:proofErr w:type="spellEnd"/>
      <w:r>
        <w:t>-викладацького складу.</w:t>
      </w:r>
    </w:p>
    <w:p w14:paraId="0520125B" w14:textId="3A854B5F" w:rsidR="00083F2E" w:rsidRPr="002A7A66" w:rsidRDefault="009F6E35" w:rsidP="0069559C">
      <w:pPr>
        <w:jc w:val="both"/>
        <w:rPr>
          <w:lang w:val="uk-UA"/>
        </w:rPr>
      </w:pPr>
      <w:r w:rsidRPr="002A7A66">
        <w:rPr>
          <w:lang w:val="uk-UA"/>
        </w:rPr>
        <w:t xml:space="preserve"> </w:t>
      </w:r>
      <w:r w:rsidR="003551E9">
        <w:rPr>
          <w:lang w:val="uk-UA"/>
        </w:rPr>
        <w:tab/>
      </w:r>
      <w:r w:rsidR="00784D39" w:rsidRPr="002A7A66">
        <w:rPr>
          <w:lang w:val="uk-UA"/>
        </w:rPr>
        <w:t>Фінансове забезпечення Програми здійснюється відповідно до законодавства України за рахунок коштів бюджету Ніжинської міської територіальної громади, обласного бюджет</w:t>
      </w:r>
      <w:r w:rsidR="00F34EDF">
        <w:rPr>
          <w:lang w:val="uk-UA"/>
        </w:rPr>
        <w:t>у</w:t>
      </w:r>
      <w:r w:rsidR="00784D39" w:rsidRPr="002A7A66">
        <w:rPr>
          <w:lang w:val="uk-UA"/>
        </w:rPr>
        <w:t>, а також інших джерел, незаборонених законодавством.</w:t>
      </w:r>
    </w:p>
    <w:p w14:paraId="050641B3" w14:textId="7BFCB726" w:rsidR="00EE5CF4" w:rsidRDefault="00A55D1C" w:rsidP="003551E9">
      <w:pPr>
        <w:ind w:firstLine="720"/>
        <w:jc w:val="both"/>
        <w:rPr>
          <w:lang w:val="uk-UA"/>
        </w:rPr>
      </w:pPr>
      <w:r>
        <w:rPr>
          <w:szCs w:val="24"/>
          <w:lang w:val="uk-UA"/>
        </w:rPr>
        <w:t>Видатки Ніжинської міської територіальної громади на виконання Програми передбачаються при формуванні показників бюджету громади, виходячи з реальних фінансових можливостей у бюджетному періоді.</w:t>
      </w:r>
      <w:r w:rsidR="000D7959">
        <w:rPr>
          <w:lang w:val="uk-UA"/>
        </w:rPr>
        <w:t xml:space="preserve"> </w:t>
      </w:r>
    </w:p>
    <w:p w14:paraId="7F058CE5" w14:textId="41EB9029" w:rsidR="00083F2E" w:rsidRPr="002A7A66" w:rsidRDefault="00784D39" w:rsidP="003551E9">
      <w:pPr>
        <w:ind w:firstLine="720"/>
        <w:jc w:val="both"/>
        <w:rPr>
          <w:lang w:val="uk-UA"/>
        </w:rPr>
      </w:pPr>
      <w:r w:rsidRPr="002A7A66">
        <w:rPr>
          <w:lang w:val="uk-UA"/>
        </w:rPr>
        <w:t>Фінансування Програми здійснюється в межах бюджетних призначень, затверджених рішеннями відповідних органів на відповідний бюджетний період</w:t>
      </w:r>
      <w:r w:rsidR="00412DB7">
        <w:rPr>
          <w:lang w:val="uk-UA"/>
        </w:rPr>
        <w:t xml:space="preserve"> </w:t>
      </w:r>
      <w:r w:rsidR="00412DB7" w:rsidRPr="002A7A66">
        <w:rPr>
          <w:lang w:val="uk-UA"/>
        </w:rPr>
        <w:t>та інших джерел, незаборонених законодавством</w:t>
      </w:r>
      <w:r w:rsidRPr="002A7A66">
        <w:rPr>
          <w:lang w:val="uk-UA"/>
        </w:rPr>
        <w:t>.</w:t>
      </w:r>
    </w:p>
    <w:p w14:paraId="12FB1CD6" w14:textId="38D7A654" w:rsidR="00083F2E" w:rsidRPr="002A7A66" w:rsidRDefault="00784D39" w:rsidP="000C0BFA">
      <w:pPr>
        <w:ind w:firstLine="720"/>
        <w:jc w:val="both"/>
        <w:rPr>
          <w:lang w:val="uk-UA"/>
        </w:rPr>
      </w:pPr>
      <w:r w:rsidRPr="002A7A66">
        <w:rPr>
          <w:lang w:val="uk-UA"/>
        </w:rPr>
        <w:t>Програма реалізується протягом 2027–2029 років.</w:t>
      </w:r>
    </w:p>
    <w:p w14:paraId="4414AA6C" w14:textId="77777777" w:rsidR="00D80F5B" w:rsidRPr="002A7A66" w:rsidRDefault="00D80F5B" w:rsidP="0069559C">
      <w:pPr>
        <w:jc w:val="both"/>
        <w:rPr>
          <w:lang w:val="uk-UA"/>
        </w:rPr>
      </w:pPr>
    </w:p>
    <w:p w14:paraId="468E0A18" w14:textId="77777777" w:rsidR="00083F2E" w:rsidRPr="002A7A66" w:rsidRDefault="00784D39">
      <w:pPr>
        <w:spacing w:before="160" w:after="160"/>
        <w:jc w:val="center"/>
        <w:rPr>
          <w:lang w:val="uk-UA"/>
        </w:rPr>
      </w:pPr>
      <w:r w:rsidRPr="002A7A66">
        <w:rPr>
          <w:b/>
          <w:lang w:val="uk-UA"/>
        </w:rPr>
        <w:t>V. НАПРЯМИ ДІЯЛЬНОСТІ, ПЕРЕЛІК ЗАВДАНЬ І ЗАХОДІВ ПРОГРАМИ ТА РЕЗУЛЬТАТИВНІ ПОКАЗНИКИ</w:t>
      </w:r>
    </w:p>
    <w:p w14:paraId="52261814" w14:textId="77777777" w:rsidR="00083F2E" w:rsidRPr="00F27EEE" w:rsidRDefault="00784D39" w:rsidP="004F61F4">
      <w:pPr>
        <w:jc w:val="both"/>
        <w:rPr>
          <w:u w:val="single"/>
          <w:lang w:val="uk-UA"/>
        </w:rPr>
      </w:pPr>
      <w:r w:rsidRPr="00F27EEE">
        <w:rPr>
          <w:u w:val="single"/>
          <w:lang w:val="uk-UA"/>
        </w:rPr>
        <w:t>Основними напрямами реалізації Програми є:</w:t>
      </w:r>
    </w:p>
    <w:p w14:paraId="5386B503" w14:textId="1AECF79A" w:rsidR="00083F2E" w:rsidRDefault="00784D39" w:rsidP="004F61F4">
      <w:pPr>
        <w:pStyle w:val="a0"/>
        <w:spacing w:after="60"/>
        <w:jc w:val="both"/>
        <w:rPr>
          <w:lang w:val="uk-UA"/>
        </w:rPr>
      </w:pPr>
      <w:r w:rsidRPr="002A7A66">
        <w:rPr>
          <w:lang w:val="uk-UA"/>
        </w:rPr>
        <w:t>Забезпечення функціонування та розвит</w:t>
      </w:r>
      <w:r w:rsidR="009E1D38">
        <w:rPr>
          <w:lang w:val="uk-UA"/>
        </w:rPr>
        <w:t>о</w:t>
      </w:r>
      <w:r w:rsidRPr="002A7A66">
        <w:rPr>
          <w:lang w:val="uk-UA"/>
        </w:rPr>
        <w:t>к КДЮСШ НМО ФСТ «Спартак».</w:t>
      </w:r>
    </w:p>
    <w:p w14:paraId="79E94169" w14:textId="0FE39515" w:rsidR="009E1D38" w:rsidRPr="002A7A66" w:rsidRDefault="009E1D38" w:rsidP="004F61F4">
      <w:pPr>
        <w:pStyle w:val="a0"/>
        <w:spacing w:after="60"/>
        <w:jc w:val="both"/>
        <w:rPr>
          <w:lang w:val="uk-UA"/>
        </w:rPr>
      </w:pPr>
      <w:r>
        <w:rPr>
          <w:lang w:val="uk-UA"/>
        </w:rPr>
        <w:t>Кадрове забезпечення.</w:t>
      </w:r>
    </w:p>
    <w:p w14:paraId="71DB13EC" w14:textId="27C12A33" w:rsidR="00083F2E" w:rsidRPr="002A7A66" w:rsidRDefault="00784D39" w:rsidP="004F61F4">
      <w:pPr>
        <w:pStyle w:val="a0"/>
        <w:spacing w:after="60"/>
        <w:jc w:val="both"/>
        <w:rPr>
          <w:lang w:val="uk-UA"/>
        </w:rPr>
      </w:pPr>
      <w:r w:rsidRPr="002A7A66">
        <w:rPr>
          <w:lang w:val="uk-UA"/>
        </w:rPr>
        <w:t xml:space="preserve">Організація та </w:t>
      </w:r>
      <w:r w:rsidR="009E1D38">
        <w:rPr>
          <w:lang w:val="uk-UA"/>
        </w:rPr>
        <w:t>проведення</w:t>
      </w:r>
      <w:r w:rsidRPr="002A7A66">
        <w:rPr>
          <w:lang w:val="uk-UA"/>
        </w:rPr>
        <w:t xml:space="preserve"> навчально-тренувального процесу.</w:t>
      </w:r>
    </w:p>
    <w:p w14:paraId="7C982AC9" w14:textId="387CB7D3" w:rsidR="00083F2E" w:rsidRPr="002A7A66" w:rsidRDefault="00784D39" w:rsidP="004F61F4">
      <w:pPr>
        <w:pStyle w:val="a0"/>
        <w:spacing w:after="60"/>
        <w:jc w:val="both"/>
        <w:rPr>
          <w:lang w:val="uk-UA"/>
        </w:rPr>
      </w:pPr>
      <w:r w:rsidRPr="002A7A66">
        <w:rPr>
          <w:lang w:val="uk-UA"/>
        </w:rPr>
        <w:t>Проведення та участь у навчально-тренувальних зборах і спортивних змаганнях.</w:t>
      </w:r>
    </w:p>
    <w:p w14:paraId="74AE4A24" w14:textId="23A4F691" w:rsidR="00083F2E" w:rsidRPr="002A7A66" w:rsidRDefault="00784D39" w:rsidP="004F61F4">
      <w:pPr>
        <w:pStyle w:val="a0"/>
        <w:spacing w:after="60"/>
        <w:jc w:val="both"/>
        <w:rPr>
          <w:lang w:val="uk-UA"/>
        </w:rPr>
      </w:pPr>
      <w:r w:rsidRPr="002A7A66">
        <w:rPr>
          <w:lang w:val="uk-UA"/>
        </w:rPr>
        <w:t>Розвиток дитячо-юнацького спорту та підготовка спортсменів високого рівня.</w:t>
      </w:r>
    </w:p>
    <w:p w14:paraId="5D5F4149" w14:textId="0A93D526" w:rsidR="00083F2E" w:rsidRPr="002A7A66" w:rsidRDefault="00784D39" w:rsidP="004F61F4">
      <w:pPr>
        <w:pStyle w:val="a0"/>
        <w:spacing w:after="60"/>
        <w:jc w:val="both"/>
        <w:rPr>
          <w:lang w:val="uk-UA"/>
        </w:rPr>
      </w:pPr>
      <w:r w:rsidRPr="002A7A66">
        <w:rPr>
          <w:lang w:val="uk-UA"/>
        </w:rPr>
        <w:t>Створення безпечних і належних умов для занять фізичною культурою та спортом.</w:t>
      </w:r>
    </w:p>
    <w:p w14:paraId="2A587140" w14:textId="6464B652" w:rsidR="00083F2E" w:rsidRPr="002A7A66" w:rsidRDefault="00784D39" w:rsidP="004F61F4">
      <w:pPr>
        <w:pStyle w:val="a0"/>
        <w:spacing w:after="60"/>
        <w:jc w:val="both"/>
        <w:rPr>
          <w:lang w:val="uk-UA"/>
        </w:rPr>
      </w:pPr>
      <w:r w:rsidRPr="002A7A66">
        <w:rPr>
          <w:lang w:val="uk-UA"/>
        </w:rPr>
        <w:t>Зміцнення матеріально-технічної бази КДЮСШ.</w:t>
      </w:r>
    </w:p>
    <w:p w14:paraId="1DFD7506" w14:textId="77777777" w:rsidR="00083F2E" w:rsidRPr="00D97651" w:rsidRDefault="00784D39" w:rsidP="004F61F4">
      <w:pPr>
        <w:jc w:val="both"/>
        <w:rPr>
          <w:u w:val="single"/>
          <w:lang w:val="uk-UA"/>
        </w:rPr>
      </w:pPr>
      <w:r w:rsidRPr="00D97651">
        <w:rPr>
          <w:u w:val="single"/>
          <w:lang w:val="uk-UA"/>
        </w:rPr>
        <w:lastRenderedPageBreak/>
        <w:t>Основними завданнями Програми є:</w:t>
      </w:r>
    </w:p>
    <w:p w14:paraId="70E63C23" w14:textId="2CDC6FE4" w:rsidR="007E043F" w:rsidRPr="00331E45" w:rsidRDefault="00FE2ADF" w:rsidP="00EA4FCE">
      <w:pPr>
        <w:pStyle w:val="a0"/>
        <w:spacing w:after="60"/>
        <w:jc w:val="both"/>
        <w:rPr>
          <w:lang w:val="uk-UA"/>
        </w:rPr>
      </w:pPr>
      <w:r w:rsidRPr="00331E45">
        <w:rPr>
          <w:lang w:val="uk-UA"/>
        </w:rPr>
        <w:t xml:space="preserve">Забезпечення стабільного функціонування та </w:t>
      </w:r>
      <w:r w:rsidR="007E043F" w:rsidRPr="00331E45">
        <w:rPr>
          <w:lang w:val="uk-UA"/>
        </w:rPr>
        <w:t>утримання КДЮСШ;</w:t>
      </w:r>
    </w:p>
    <w:p w14:paraId="1F7F39AE" w14:textId="4E33B952" w:rsidR="00083F2E" w:rsidRPr="006F690E" w:rsidRDefault="00A15B11" w:rsidP="00EA4FCE">
      <w:pPr>
        <w:pStyle w:val="a0"/>
        <w:spacing w:after="60"/>
        <w:jc w:val="both"/>
        <w:rPr>
          <w:lang w:val="uk-UA"/>
        </w:rPr>
      </w:pPr>
      <w:r w:rsidRPr="006F690E">
        <w:rPr>
          <w:lang w:val="uk-UA"/>
        </w:rPr>
        <w:t>оплата праці і нарахування на заробітну</w:t>
      </w:r>
      <w:r w:rsidR="004E0DA0" w:rsidRPr="006F690E">
        <w:t xml:space="preserve"> </w:t>
      </w:r>
      <w:r w:rsidR="004E0DA0" w:rsidRPr="006F690E">
        <w:rPr>
          <w:lang w:val="uk-UA"/>
        </w:rPr>
        <w:t xml:space="preserve">працівникам КДЮСШ НМО ФСТ “Спартак» відповідно до </w:t>
      </w:r>
      <w:r w:rsidR="004E0DA0" w:rsidRPr="00CB084C">
        <w:rPr>
          <w:lang w:val="uk-UA"/>
        </w:rPr>
        <w:t xml:space="preserve">структури </w:t>
      </w:r>
      <w:r w:rsidR="00545608" w:rsidRPr="00CB084C">
        <w:t>(</w:t>
      </w:r>
      <w:proofErr w:type="spellStart"/>
      <w:r w:rsidR="00545608" w:rsidRPr="00CB084C">
        <w:t>штатного</w:t>
      </w:r>
      <w:proofErr w:type="spellEnd"/>
      <w:r w:rsidR="00545608" w:rsidRPr="00CB084C">
        <w:t xml:space="preserve"> </w:t>
      </w:r>
      <w:proofErr w:type="spellStart"/>
      <w:r w:rsidR="00545608" w:rsidRPr="00CB084C">
        <w:t>розпису</w:t>
      </w:r>
      <w:proofErr w:type="spellEnd"/>
      <w:r w:rsidR="00545608" w:rsidRPr="00CB084C">
        <w:t xml:space="preserve">) </w:t>
      </w:r>
      <w:r w:rsidR="004E0DA0" w:rsidRPr="00CB084C">
        <w:rPr>
          <w:lang w:val="uk-UA"/>
        </w:rPr>
        <w:t>затвердженої</w:t>
      </w:r>
      <w:r w:rsidR="004E0DA0" w:rsidRPr="006F690E">
        <w:rPr>
          <w:lang w:val="uk-UA"/>
        </w:rPr>
        <w:t xml:space="preserve"> рішенням Ніжинської міської ради; </w:t>
      </w:r>
    </w:p>
    <w:p w14:paraId="05EDEF8A" w14:textId="77777777" w:rsidR="007E043F" w:rsidRPr="00FE2ADF" w:rsidRDefault="007E043F" w:rsidP="00EA4FCE">
      <w:pPr>
        <w:pStyle w:val="a0"/>
        <w:spacing w:after="60"/>
        <w:jc w:val="both"/>
        <w:rPr>
          <w:lang w:val="uk-UA"/>
        </w:rPr>
      </w:pPr>
      <w:r w:rsidRPr="00FE2ADF">
        <w:rPr>
          <w:lang w:val="uk-UA"/>
        </w:rPr>
        <w:t xml:space="preserve">підвищення кваліфікації </w:t>
      </w:r>
      <w:proofErr w:type="spellStart"/>
      <w:r w:rsidRPr="002D0791">
        <w:rPr>
          <w:lang w:val="uk-UA"/>
        </w:rPr>
        <w:t>тренерсько</w:t>
      </w:r>
      <w:proofErr w:type="spellEnd"/>
      <w:r w:rsidRPr="00FE2ADF">
        <w:rPr>
          <w:lang w:val="uk-UA"/>
        </w:rPr>
        <w:t>-викладацького складу;</w:t>
      </w:r>
    </w:p>
    <w:p w14:paraId="7883AEB3" w14:textId="771E5D40" w:rsidR="007E043F" w:rsidRPr="00FE2ADF" w:rsidRDefault="007E043F" w:rsidP="00EA4FCE">
      <w:pPr>
        <w:pStyle w:val="a0"/>
        <w:spacing w:after="60"/>
        <w:jc w:val="both"/>
        <w:rPr>
          <w:lang w:val="uk-UA"/>
        </w:rPr>
      </w:pPr>
      <w:r w:rsidRPr="00FE2ADF">
        <w:rPr>
          <w:lang w:val="uk-UA"/>
        </w:rPr>
        <w:t>забезпечення необхідних умов для проведення навчально-тренувального процесу;</w:t>
      </w:r>
    </w:p>
    <w:p w14:paraId="6ED47B29" w14:textId="5193DFAA" w:rsidR="00083F2E" w:rsidRPr="00FE2ADF" w:rsidRDefault="00784D39" w:rsidP="00EA4FCE">
      <w:pPr>
        <w:pStyle w:val="a0"/>
        <w:spacing w:after="60"/>
        <w:jc w:val="both"/>
        <w:rPr>
          <w:lang w:val="uk-UA"/>
        </w:rPr>
      </w:pPr>
      <w:r w:rsidRPr="00FE2ADF">
        <w:rPr>
          <w:lang w:val="uk-UA"/>
        </w:rPr>
        <w:t>забезпечення проведення навчально-тренувальн</w:t>
      </w:r>
      <w:r w:rsidR="007E043F" w:rsidRPr="00FE2ADF">
        <w:rPr>
          <w:lang w:val="uk-UA"/>
        </w:rPr>
        <w:t>их</w:t>
      </w:r>
      <w:r w:rsidRPr="00FE2ADF">
        <w:rPr>
          <w:lang w:val="uk-UA"/>
        </w:rPr>
        <w:t xml:space="preserve"> </w:t>
      </w:r>
      <w:r w:rsidR="007E043F" w:rsidRPr="00FE2ADF">
        <w:rPr>
          <w:lang w:val="uk-UA"/>
        </w:rPr>
        <w:t>зборів та участі вихованців у змаганнях різного рівня</w:t>
      </w:r>
      <w:r w:rsidRPr="00FE2ADF">
        <w:rPr>
          <w:lang w:val="uk-UA"/>
        </w:rPr>
        <w:t>;</w:t>
      </w:r>
    </w:p>
    <w:p w14:paraId="2B1E8681" w14:textId="77777777" w:rsidR="00083F2E" w:rsidRPr="00FE2ADF" w:rsidRDefault="00784D39" w:rsidP="00EA4FCE">
      <w:pPr>
        <w:pStyle w:val="a0"/>
        <w:spacing w:after="60"/>
        <w:jc w:val="both"/>
        <w:rPr>
          <w:lang w:val="uk-UA"/>
        </w:rPr>
      </w:pPr>
      <w:r w:rsidRPr="00FE2ADF">
        <w:rPr>
          <w:lang w:val="uk-UA"/>
        </w:rPr>
        <w:t>підготовка спортсменів до виконання спортивних розрядів та нормативів;</w:t>
      </w:r>
    </w:p>
    <w:p w14:paraId="4D1ACBB1" w14:textId="21319468" w:rsidR="00083F2E" w:rsidRPr="00FE2ADF" w:rsidRDefault="00784D39" w:rsidP="00EA4FCE">
      <w:pPr>
        <w:pStyle w:val="a0"/>
        <w:spacing w:after="60"/>
        <w:jc w:val="both"/>
        <w:rPr>
          <w:lang w:val="uk-UA"/>
        </w:rPr>
      </w:pPr>
      <w:r w:rsidRPr="00FE2ADF">
        <w:rPr>
          <w:lang w:val="uk-UA"/>
        </w:rPr>
        <w:t xml:space="preserve">підготовка </w:t>
      </w:r>
      <w:r w:rsidR="00D746B2" w:rsidRPr="00FE2ADF">
        <w:rPr>
          <w:lang w:val="uk-UA"/>
        </w:rPr>
        <w:t>резерву,</w:t>
      </w:r>
      <w:r w:rsidR="007E043F" w:rsidRPr="00FE2ADF">
        <w:rPr>
          <w:lang w:val="uk-UA"/>
        </w:rPr>
        <w:t xml:space="preserve"> </w:t>
      </w:r>
      <w:r w:rsidR="00D746B2" w:rsidRPr="00FE2ADF">
        <w:rPr>
          <w:lang w:val="uk-UA"/>
        </w:rPr>
        <w:t>кандидатів та основного складу</w:t>
      </w:r>
      <w:r w:rsidRPr="00FE2ADF">
        <w:rPr>
          <w:lang w:val="uk-UA"/>
        </w:rPr>
        <w:t xml:space="preserve"> збірних команд області та України;</w:t>
      </w:r>
    </w:p>
    <w:p w14:paraId="1805346C" w14:textId="77777777" w:rsidR="00083F2E" w:rsidRPr="00FE2ADF" w:rsidRDefault="00784D39" w:rsidP="00EA4FCE">
      <w:pPr>
        <w:pStyle w:val="a0"/>
        <w:spacing w:after="60"/>
        <w:jc w:val="both"/>
        <w:rPr>
          <w:lang w:val="uk-UA"/>
        </w:rPr>
      </w:pPr>
      <w:r w:rsidRPr="00FE2ADF">
        <w:rPr>
          <w:lang w:val="uk-UA"/>
        </w:rPr>
        <w:t>виявлення та підтримка спортивно обдарованих дітей;</w:t>
      </w:r>
    </w:p>
    <w:p w14:paraId="1AB8D506" w14:textId="77777777" w:rsidR="00083F2E" w:rsidRPr="00FE2ADF" w:rsidRDefault="00784D39" w:rsidP="004F61F4">
      <w:pPr>
        <w:pStyle w:val="a0"/>
        <w:spacing w:after="60"/>
        <w:jc w:val="both"/>
        <w:rPr>
          <w:lang w:val="uk-UA"/>
        </w:rPr>
      </w:pPr>
      <w:r w:rsidRPr="00FE2ADF">
        <w:rPr>
          <w:lang w:val="uk-UA"/>
        </w:rPr>
        <w:t>забезпечення фізичного розвитку, оздоровлення та змістовного дозвілля вихованців;</w:t>
      </w:r>
    </w:p>
    <w:p w14:paraId="3FD10D17" w14:textId="77777777" w:rsidR="00083F2E" w:rsidRPr="00FE2ADF" w:rsidRDefault="00784D39" w:rsidP="004F61F4">
      <w:pPr>
        <w:pStyle w:val="a0"/>
        <w:spacing w:after="60"/>
        <w:jc w:val="both"/>
        <w:rPr>
          <w:lang w:val="uk-UA"/>
        </w:rPr>
      </w:pPr>
      <w:r w:rsidRPr="00FE2ADF">
        <w:rPr>
          <w:lang w:val="uk-UA"/>
        </w:rPr>
        <w:t>сприяння психоемоційному відновленню дітей засобами фізичної культури і спорту;</w:t>
      </w:r>
    </w:p>
    <w:p w14:paraId="51EFF0E3" w14:textId="77777777" w:rsidR="00083F2E" w:rsidRPr="00FE2ADF" w:rsidRDefault="00784D39" w:rsidP="004F61F4">
      <w:pPr>
        <w:pStyle w:val="a0"/>
        <w:spacing w:after="60"/>
        <w:jc w:val="both"/>
        <w:rPr>
          <w:lang w:val="uk-UA"/>
        </w:rPr>
      </w:pPr>
      <w:r w:rsidRPr="00FE2ADF">
        <w:rPr>
          <w:lang w:val="uk-UA"/>
        </w:rPr>
        <w:t>забезпечення безпечних умов проведення занять;</w:t>
      </w:r>
    </w:p>
    <w:p w14:paraId="6C23F9ED" w14:textId="77777777" w:rsidR="00E073B8" w:rsidRPr="00FE2ADF" w:rsidRDefault="00784D39" w:rsidP="00E073B8">
      <w:pPr>
        <w:pStyle w:val="a0"/>
        <w:spacing w:after="60"/>
        <w:jc w:val="both"/>
        <w:rPr>
          <w:lang w:val="uk-UA"/>
        </w:rPr>
      </w:pPr>
      <w:r w:rsidRPr="00FE2ADF">
        <w:rPr>
          <w:lang w:val="uk-UA"/>
        </w:rPr>
        <w:t>забезпечення КДЮСШ необхідним спортивним інвентарем, обладнанням та іншими матеріальними ресурсами</w:t>
      </w:r>
      <w:r w:rsidR="00E073B8" w:rsidRPr="00FE2ADF">
        <w:rPr>
          <w:lang w:val="uk-UA"/>
        </w:rPr>
        <w:t>.</w:t>
      </w:r>
    </w:p>
    <w:p w14:paraId="6EAC5C4C" w14:textId="2FA192F3" w:rsidR="00083F2E" w:rsidRPr="00E073B8" w:rsidRDefault="00784D39" w:rsidP="00E073B8">
      <w:pPr>
        <w:pStyle w:val="a0"/>
        <w:numPr>
          <w:ilvl w:val="0"/>
          <w:numId w:val="0"/>
        </w:numPr>
        <w:spacing w:after="60"/>
        <w:ind w:firstLine="360"/>
        <w:jc w:val="both"/>
        <w:rPr>
          <w:lang w:val="uk-UA"/>
        </w:rPr>
      </w:pPr>
      <w:r w:rsidRPr="00E073B8">
        <w:rPr>
          <w:lang w:val="uk-UA"/>
        </w:rPr>
        <w:t>Напрями діяльності, завдання та заходи Програми визначаються у Додатку 2 до Програми.</w:t>
      </w:r>
    </w:p>
    <w:p w14:paraId="655DCA91" w14:textId="77777777" w:rsidR="00083F2E" w:rsidRPr="004614BF" w:rsidRDefault="00784D39" w:rsidP="00BB6760">
      <w:pPr>
        <w:spacing w:after="0"/>
        <w:jc w:val="both"/>
        <w:rPr>
          <w:u w:val="single"/>
          <w:lang w:val="uk-UA"/>
        </w:rPr>
      </w:pPr>
      <w:r w:rsidRPr="004614BF">
        <w:rPr>
          <w:u w:val="single"/>
          <w:lang w:val="uk-UA"/>
        </w:rPr>
        <w:t>Результативними показниками реалізації Програми є:</w:t>
      </w:r>
    </w:p>
    <w:p w14:paraId="5A31104A" w14:textId="7EEEA9AF" w:rsidR="00083F2E" w:rsidRPr="004614BF" w:rsidRDefault="00C23D2C" w:rsidP="00BB6760">
      <w:pPr>
        <w:pStyle w:val="a0"/>
        <w:spacing w:after="0"/>
        <w:jc w:val="both"/>
        <w:rPr>
          <w:lang w:val="uk-UA"/>
        </w:rPr>
      </w:pPr>
      <w:r w:rsidRPr="004614BF">
        <w:rPr>
          <w:lang w:val="uk-UA"/>
        </w:rPr>
        <w:t xml:space="preserve">загальна </w:t>
      </w:r>
      <w:r w:rsidR="00784D39" w:rsidRPr="004614BF">
        <w:rPr>
          <w:lang w:val="uk-UA"/>
        </w:rPr>
        <w:t>кількість дітей та молоді, залучених до систематичних занять фізичною культурою і спортом</w:t>
      </w:r>
      <w:r w:rsidR="00B63BD0" w:rsidRPr="004614BF">
        <w:rPr>
          <w:lang w:val="uk-UA"/>
        </w:rPr>
        <w:t xml:space="preserve"> </w:t>
      </w:r>
      <w:r w:rsidR="002411E7" w:rsidRPr="004614BF">
        <w:rPr>
          <w:lang w:val="uk-UA"/>
        </w:rPr>
        <w:t xml:space="preserve"> не менше </w:t>
      </w:r>
      <w:r w:rsidR="0039670E" w:rsidRPr="004614BF">
        <w:rPr>
          <w:lang w:val="uk-UA"/>
        </w:rPr>
        <w:t>17</w:t>
      </w:r>
      <w:r w:rsidR="0000026D" w:rsidRPr="004614BF">
        <w:rPr>
          <w:lang w:val="uk-UA"/>
        </w:rPr>
        <w:t xml:space="preserve">0 </w:t>
      </w:r>
      <w:r w:rsidR="00B63BD0" w:rsidRPr="004614BF">
        <w:rPr>
          <w:lang w:val="uk-UA"/>
        </w:rPr>
        <w:t xml:space="preserve"> </w:t>
      </w:r>
      <w:r w:rsidR="00F76AA2">
        <w:rPr>
          <w:lang w:val="uk-UA"/>
        </w:rPr>
        <w:t>юнаків та дівчат</w:t>
      </w:r>
      <w:r w:rsidR="00784D39" w:rsidRPr="004614BF">
        <w:rPr>
          <w:lang w:val="uk-UA"/>
        </w:rPr>
        <w:t>;</w:t>
      </w:r>
    </w:p>
    <w:p w14:paraId="274ACB24" w14:textId="3C5ECF10" w:rsidR="00595ECA" w:rsidRPr="004614BF" w:rsidRDefault="00C23D2C" w:rsidP="004F61F4">
      <w:pPr>
        <w:pStyle w:val="a0"/>
        <w:spacing w:after="60"/>
        <w:jc w:val="both"/>
        <w:rPr>
          <w:lang w:val="uk-UA"/>
        </w:rPr>
      </w:pPr>
      <w:r w:rsidRPr="004614BF">
        <w:rPr>
          <w:lang w:val="uk-UA"/>
        </w:rPr>
        <w:t>кількість</w:t>
      </w:r>
      <w:r w:rsidR="00C76961" w:rsidRPr="004614BF">
        <w:rPr>
          <w:lang w:val="uk-UA"/>
        </w:rPr>
        <w:t xml:space="preserve"> дітей, схильних до девіантної поведінки, дітей із сімей, які перебувають у складних життєвих обставинах, та </w:t>
      </w:r>
      <w:r w:rsidRPr="004614BF">
        <w:rPr>
          <w:lang w:val="uk-UA"/>
        </w:rPr>
        <w:t>пільгових категорій</w:t>
      </w:r>
      <w:r w:rsidR="00C76961" w:rsidRPr="004614BF">
        <w:rPr>
          <w:lang w:val="uk-UA"/>
        </w:rPr>
        <w:t>,  залучених до систематичних занять фізичною культурою і спортом</w:t>
      </w:r>
      <w:r w:rsidR="00B63BD0" w:rsidRPr="004614BF">
        <w:rPr>
          <w:lang w:val="uk-UA"/>
        </w:rPr>
        <w:t xml:space="preserve"> –</w:t>
      </w:r>
      <w:r w:rsidR="00235EF1" w:rsidRPr="004614BF">
        <w:rPr>
          <w:lang w:val="uk-UA"/>
        </w:rPr>
        <w:t xml:space="preserve"> </w:t>
      </w:r>
      <w:r w:rsidR="0000026D" w:rsidRPr="004614BF">
        <w:rPr>
          <w:lang w:val="uk-UA"/>
        </w:rPr>
        <w:t>18</w:t>
      </w:r>
      <w:r w:rsidR="00B63BD0" w:rsidRPr="004614BF">
        <w:rPr>
          <w:lang w:val="uk-UA"/>
        </w:rPr>
        <w:t xml:space="preserve"> </w:t>
      </w:r>
      <w:r w:rsidR="00F76AA2">
        <w:rPr>
          <w:lang w:val="uk-UA"/>
        </w:rPr>
        <w:t>юнаків та дівчат</w:t>
      </w:r>
      <w:r w:rsidR="00C76961" w:rsidRPr="004614BF">
        <w:rPr>
          <w:lang w:val="uk-UA"/>
        </w:rPr>
        <w:t>;</w:t>
      </w:r>
    </w:p>
    <w:p w14:paraId="2710F1EF" w14:textId="4AD06581" w:rsidR="00083F2E" w:rsidRPr="004614BF" w:rsidRDefault="00C23D2C" w:rsidP="004F61F4">
      <w:pPr>
        <w:pStyle w:val="a0"/>
        <w:spacing w:after="60"/>
        <w:jc w:val="both"/>
        <w:rPr>
          <w:lang w:val="uk-UA"/>
        </w:rPr>
      </w:pPr>
      <w:r w:rsidRPr="004614BF">
        <w:rPr>
          <w:lang w:val="uk-UA"/>
        </w:rPr>
        <w:t xml:space="preserve">кількість функціонуючих </w:t>
      </w:r>
      <w:r w:rsidR="00784D39" w:rsidRPr="004614BF">
        <w:rPr>
          <w:lang w:val="uk-UA"/>
        </w:rPr>
        <w:t>спортивних відділень</w:t>
      </w:r>
      <w:r w:rsidR="00B63BD0" w:rsidRPr="004614BF">
        <w:rPr>
          <w:lang w:val="uk-UA"/>
        </w:rPr>
        <w:t xml:space="preserve"> </w:t>
      </w:r>
      <w:r w:rsidR="0039670E" w:rsidRPr="004614BF">
        <w:rPr>
          <w:lang w:val="uk-UA"/>
        </w:rPr>
        <w:t>–</w:t>
      </w:r>
      <w:r w:rsidRPr="004614BF">
        <w:rPr>
          <w:lang w:val="uk-UA"/>
        </w:rPr>
        <w:t xml:space="preserve"> 3 одиниці (спортивна гімнастика,</w:t>
      </w:r>
      <w:r w:rsidR="00B63BD0" w:rsidRPr="004614BF">
        <w:rPr>
          <w:lang w:val="uk-UA"/>
        </w:rPr>
        <w:t xml:space="preserve"> </w:t>
      </w:r>
      <w:r w:rsidR="0039670E" w:rsidRPr="004614BF">
        <w:rPr>
          <w:lang w:val="uk-UA"/>
        </w:rPr>
        <w:t>бойов</w:t>
      </w:r>
      <w:r w:rsidRPr="004614BF">
        <w:rPr>
          <w:lang w:val="uk-UA"/>
        </w:rPr>
        <w:t>е</w:t>
      </w:r>
      <w:r w:rsidR="0039670E" w:rsidRPr="004614BF">
        <w:rPr>
          <w:lang w:val="uk-UA"/>
        </w:rPr>
        <w:t xml:space="preserve"> самбо, </w:t>
      </w:r>
      <w:proofErr w:type="spellStart"/>
      <w:r w:rsidR="0039670E" w:rsidRPr="004614BF">
        <w:rPr>
          <w:lang w:val="uk-UA"/>
        </w:rPr>
        <w:t>хортинг</w:t>
      </w:r>
      <w:proofErr w:type="spellEnd"/>
      <w:r w:rsidRPr="004614BF">
        <w:rPr>
          <w:lang w:val="uk-UA"/>
        </w:rPr>
        <w:t>)</w:t>
      </w:r>
      <w:r w:rsidR="0039670E" w:rsidRPr="004614BF">
        <w:rPr>
          <w:lang w:val="uk-UA"/>
        </w:rPr>
        <w:t>;</w:t>
      </w:r>
    </w:p>
    <w:p w14:paraId="501E1366" w14:textId="05A9EC3F" w:rsidR="00083F2E" w:rsidRPr="004614BF" w:rsidRDefault="00784D39" w:rsidP="004F61F4">
      <w:pPr>
        <w:pStyle w:val="a0"/>
        <w:spacing w:after="60"/>
        <w:jc w:val="both"/>
        <w:rPr>
          <w:lang w:val="uk-UA"/>
        </w:rPr>
      </w:pPr>
      <w:r w:rsidRPr="004614BF">
        <w:rPr>
          <w:lang w:val="uk-UA"/>
        </w:rPr>
        <w:t>кількість вихованців, які беруть участь у міських, обласних, всеукраїнських та міжнародних спортивних змаганнях</w:t>
      </w:r>
      <w:r w:rsidR="00B63BD0" w:rsidRPr="004614BF">
        <w:rPr>
          <w:lang w:val="uk-UA"/>
        </w:rPr>
        <w:t xml:space="preserve"> </w:t>
      </w:r>
      <w:r w:rsidR="0000026D" w:rsidRPr="004614BF">
        <w:rPr>
          <w:lang w:val="uk-UA"/>
        </w:rPr>
        <w:t>–</w:t>
      </w:r>
      <w:r w:rsidR="0039670E" w:rsidRPr="004614BF">
        <w:rPr>
          <w:lang w:val="uk-UA"/>
        </w:rPr>
        <w:t xml:space="preserve"> </w:t>
      </w:r>
      <w:r w:rsidR="0000026D" w:rsidRPr="004614BF">
        <w:rPr>
          <w:lang w:val="uk-UA"/>
        </w:rPr>
        <w:t xml:space="preserve">не менше </w:t>
      </w:r>
      <w:r w:rsidR="0039670E" w:rsidRPr="004614BF">
        <w:rPr>
          <w:lang w:val="uk-UA"/>
        </w:rPr>
        <w:t>1</w:t>
      </w:r>
      <w:r w:rsidR="0000026D" w:rsidRPr="004614BF">
        <w:rPr>
          <w:lang w:val="uk-UA"/>
        </w:rPr>
        <w:t>50</w:t>
      </w:r>
      <w:r w:rsidR="00B63BD0" w:rsidRPr="004614BF">
        <w:rPr>
          <w:lang w:val="uk-UA"/>
        </w:rPr>
        <w:t xml:space="preserve"> </w:t>
      </w:r>
      <w:r w:rsidR="00F76AA2">
        <w:rPr>
          <w:lang w:val="uk-UA"/>
        </w:rPr>
        <w:t>юнаків та дівчат</w:t>
      </w:r>
      <w:r w:rsidRPr="004614BF">
        <w:rPr>
          <w:lang w:val="uk-UA"/>
        </w:rPr>
        <w:t>;</w:t>
      </w:r>
    </w:p>
    <w:p w14:paraId="2CDB0506" w14:textId="62D8D86B" w:rsidR="00083F2E" w:rsidRPr="004614BF" w:rsidRDefault="00784D39" w:rsidP="004F61F4">
      <w:pPr>
        <w:pStyle w:val="a0"/>
        <w:spacing w:after="60"/>
        <w:jc w:val="both"/>
        <w:rPr>
          <w:lang w:val="uk-UA"/>
        </w:rPr>
      </w:pPr>
      <w:r w:rsidRPr="004614BF">
        <w:rPr>
          <w:lang w:val="uk-UA"/>
        </w:rPr>
        <w:t xml:space="preserve">кількість </w:t>
      </w:r>
      <w:r w:rsidR="00C23D2C" w:rsidRPr="004614BF">
        <w:rPr>
          <w:lang w:val="uk-UA"/>
        </w:rPr>
        <w:t xml:space="preserve">здобутих </w:t>
      </w:r>
      <w:r w:rsidRPr="004614BF">
        <w:rPr>
          <w:lang w:val="uk-UA"/>
        </w:rPr>
        <w:t>призових місць</w:t>
      </w:r>
      <w:r w:rsidR="00C23D2C" w:rsidRPr="004614BF">
        <w:rPr>
          <w:lang w:val="uk-UA"/>
        </w:rPr>
        <w:t xml:space="preserve"> на змаганнях обласного, всеукраїнського та міжнародного рівнів </w:t>
      </w:r>
      <w:r w:rsidR="00B63BD0" w:rsidRPr="004614BF">
        <w:rPr>
          <w:lang w:val="uk-UA"/>
        </w:rPr>
        <w:t xml:space="preserve">– </w:t>
      </w:r>
      <w:r w:rsidR="001F034D" w:rsidRPr="004614BF">
        <w:rPr>
          <w:lang w:val="uk-UA"/>
        </w:rPr>
        <w:t xml:space="preserve"> не менше </w:t>
      </w:r>
      <w:r w:rsidR="0039670E" w:rsidRPr="004614BF">
        <w:rPr>
          <w:lang w:val="uk-UA"/>
        </w:rPr>
        <w:t>1</w:t>
      </w:r>
      <w:r w:rsidR="001F034D" w:rsidRPr="004614BF">
        <w:rPr>
          <w:lang w:val="uk-UA"/>
        </w:rPr>
        <w:t>4</w:t>
      </w:r>
      <w:r w:rsidR="0039670E" w:rsidRPr="004614BF">
        <w:rPr>
          <w:lang w:val="uk-UA"/>
        </w:rPr>
        <w:t>0</w:t>
      </w:r>
      <w:r w:rsidRPr="004614BF">
        <w:rPr>
          <w:lang w:val="uk-UA"/>
        </w:rPr>
        <w:t>;</w:t>
      </w:r>
    </w:p>
    <w:p w14:paraId="4D342E66" w14:textId="77777777" w:rsidR="00185A0E" w:rsidRPr="004614BF" w:rsidRDefault="00784D39" w:rsidP="004F61F4">
      <w:pPr>
        <w:pStyle w:val="a0"/>
        <w:spacing w:after="60"/>
        <w:jc w:val="both"/>
        <w:rPr>
          <w:lang w:val="uk-UA"/>
        </w:rPr>
      </w:pPr>
      <w:r w:rsidRPr="004614BF">
        <w:rPr>
          <w:lang w:val="uk-UA"/>
        </w:rPr>
        <w:t>кількість вихованців, які виконали спортивні</w:t>
      </w:r>
      <w:r w:rsidR="00235EF1" w:rsidRPr="004614BF">
        <w:rPr>
          <w:lang w:val="uk-UA"/>
        </w:rPr>
        <w:t xml:space="preserve"> нормативи та розряди ( КМС, МСУ)</w:t>
      </w:r>
      <w:r w:rsidR="00185A0E" w:rsidRPr="004614BF">
        <w:rPr>
          <w:lang w:val="uk-UA"/>
        </w:rPr>
        <w:t>:</w:t>
      </w:r>
    </w:p>
    <w:p w14:paraId="695C9044" w14:textId="1CFC867C" w:rsidR="00083F2E" w:rsidRPr="004614BF" w:rsidRDefault="00185A0E" w:rsidP="00185A0E">
      <w:pPr>
        <w:pStyle w:val="a0"/>
        <w:numPr>
          <w:ilvl w:val="0"/>
          <w:numId w:val="0"/>
        </w:numPr>
        <w:spacing w:after="60"/>
        <w:jc w:val="both"/>
        <w:rPr>
          <w:lang w:val="uk-UA"/>
        </w:rPr>
      </w:pPr>
      <w:r w:rsidRPr="004614BF">
        <w:rPr>
          <w:lang w:val="uk-UA"/>
        </w:rPr>
        <w:t xml:space="preserve">                    2027 рік - КМСУ- 6</w:t>
      </w:r>
      <w:r w:rsidR="00C23D2C" w:rsidRPr="004614BF">
        <w:rPr>
          <w:lang w:val="uk-UA"/>
        </w:rPr>
        <w:t xml:space="preserve"> </w:t>
      </w:r>
      <w:r w:rsidR="00F76AA2">
        <w:rPr>
          <w:lang w:val="uk-UA"/>
        </w:rPr>
        <w:t>юнаків та дівчат</w:t>
      </w:r>
      <w:r w:rsidR="00784D39" w:rsidRPr="004614BF">
        <w:rPr>
          <w:lang w:val="uk-UA"/>
        </w:rPr>
        <w:t>;</w:t>
      </w:r>
    </w:p>
    <w:p w14:paraId="2AC053A2" w14:textId="6551A206" w:rsidR="00F76AA2" w:rsidRDefault="00185A0E" w:rsidP="00F76AA2">
      <w:pPr>
        <w:pStyle w:val="a0"/>
        <w:numPr>
          <w:ilvl w:val="0"/>
          <w:numId w:val="0"/>
        </w:numPr>
        <w:spacing w:after="60"/>
        <w:ind w:left="360"/>
        <w:jc w:val="both"/>
        <w:rPr>
          <w:lang w:val="uk-UA"/>
        </w:rPr>
      </w:pPr>
      <w:r w:rsidRPr="004614BF">
        <w:rPr>
          <w:lang w:val="uk-UA"/>
        </w:rPr>
        <w:t xml:space="preserve">              2028 рік – МСУ -1 </w:t>
      </w:r>
      <w:r w:rsidR="00F76AA2">
        <w:rPr>
          <w:lang w:val="uk-UA"/>
        </w:rPr>
        <w:t>чоловік</w:t>
      </w:r>
      <w:r w:rsidRPr="004614BF">
        <w:rPr>
          <w:lang w:val="uk-UA"/>
        </w:rPr>
        <w:t xml:space="preserve">, КМСУ – 8 </w:t>
      </w:r>
      <w:r w:rsidR="00F76AA2">
        <w:rPr>
          <w:lang w:val="uk-UA"/>
        </w:rPr>
        <w:t>юнаків та дівчат</w:t>
      </w:r>
      <w:r w:rsidR="00F76AA2">
        <w:rPr>
          <w:lang w:val="uk-UA"/>
        </w:rPr>
        <w:t>;</w:t>
      </w:r>
    </w:p>
    <w:p w14:paraId="6E602C3C" w14:textId="37E18527" w:rsidR="00F76AA2" w:rsidRDefault="00185A0E" w:rsidP="00F76AA2">
      <w:pPr>
        <w:pStyle w:val="a0"/>
        <w:numPr>
          <w:ilvl w:val="0"/>
          <w:numId w:val="0"/>
        </w:numPr>
        <w:spacing w:after="60"/>
        <w:ind w:left="360"/>
        <w:jc w:val="both"/>
        <w:rPr>
          <w:lang w:val="uk-UA"/>
        </w:rPr>
      </w:pPr>
      <w:r w:rsidRPr="004614BF">
        <w:rPr>
          <w:lang w:val="uk-UA"/>
        </w:rPr>
        <w:t xml:space="preserve">              2029 рік – МСУ – 1 </w:t>
      </w:r>
      <w:r w:rsidR="00F76AA2">
        <w:rPr>
          <w:lang w:val="uk-UA"/>
        </w:rPr>
        <w:t>чоловік</w:t>
      </w:r>
      <w:r w:rsidRPr="004614BF">
        <w:rPr>
          <w:lang w:val="uk-UA"/>
        </w:rPr>
        <w:t xml:space="preserve">, КМСУ – 6 </w:t>
      </w:r>
      <w:r w:rsidR="00F76AA2">
        <w:rPr>
          <w:lang w:val="uk-UA"/>
        </w:rPr>
        <w:t>юнаків та дівчат</w:t>
      </w:r>
      <w:r w:rsidR="00F76AA2">
        <w:rPr>
          <w:lang w:val="uk-UA"/>
        </w:rPr>
        <w:t>.</w:t>
      </w:r>
    </w:p>
    <w:p w14:paraId="3A429037" w14:textId="3B84BD55" w:rsidR="00185A0E" w:rsidRPr="004614BF" w:rsidRDefault="00784D39" w:rsidP="00F76AA2">
      <w:pPr>
        <w:pStyle w:val="a0"/>
        <w:numPr>
          <w:ilvl w:val="0"/>
          <w:numId w:val="12"/>
        </w:numPr>
        <w:spacing w:after="60"/>
        <w:ind w:left="284" w:hanging="284"/>
        <w:jc w:val="both"/>
        <w:rPr>
          <w:lang w:val="uk-UA"/>
        </w:rPr>
      </w:pPr>
      <w:r w:rsidRPr="004614BF">
        <w:rPr>
          <w:lang w:val="uk-UA"/>
        </w:rPr>
        <w:t>кількість вихованців, включених до складу збірних команд області та України</w:t>
      </w:r>
      <w:r w:rsidR="0039670E" w:rsidRPr="004614BF">
        <w:rPr>
          <w:lang w:val="uk-UA"/>
        </w:rPr>
        <w:t xml:space="preserve"> </w:t>
      </w:r>
      <w:r w:rsidR="00235EF1" w:rsidRPr="004614BF">
        <w:rPr>
          <w:lang w:val="uk-UA"/>
        </w:rPr>
        <w:t xml:space="preserve"> (основний склад, кандидати, резерв)</w:t>
      </w:r>
      <w:r w:rsidR="00185A0E" w:rsidRPr="004614BF">
        <w:rPr>
          <w:lang w:val="uk-UA"/>
        </w:rPr>
        <w:t>:</w:t>
      </w:r>
    </w:p>
    <w:p w14:paraId="1FA2EED7" w14:textId="2B66155A" w:rsidR="00185A0E" w:rsidRPr="004614BF" w:rsidRDefault="00185A0E" w:rsidP="00185A0E">
      <w:pPr>
        <w:pStyle w:val="a0"/>
        <w:numPr>
          <w:ilvl w:val="0"/>
          <w:numId w:val="0"/>
        </w:numPr>
        <w:spacing w:after="60"/>
        <w:jc w:val="both"/>
        <w:rPr>
          <w:lang w:val="uk-UA"/>
        </w:rPr>
      </w:pPr>
      <w:r w:rsidRPr="004614BF">
        <w:rPr>
          <w:lang w:val="uk-UA"/>
        </w:rPr>
        <w:t xml:space="preserve">              2027 рік – основний склад- 3 </w:t>
      </w:r>
      <w:r w:rsidR="00F76AA2">
        <w:rPr>
          <w:lang w:val="uk-UA"/>
        </w:rPr>
        <w:t>чоловіка</w:t>
      </w:r>
      <w:r w:rsidRPr="004614BF">
        <w:rPr>
          <w:lang w:val="uk-UA"/>
        </w:rPr>
        <w:t xml:space="preserve">, кандидати – 5 </w:t>
      </w:r>
      <w:r w:rsidR="00F76AA2">
        <w:rPr>
          <w:lang w:val="uk-UA"/>
        </w:rPr>
        <w:t>юнаків</w:t>
      </w:r>
      <w:r w:rsidRPr="004614BF">
        <w:rPr>
          <w:lang w:val="uk-UA"/>
        </w:rPr>
        <w:t xml:space="preserve">, резерв- 4 </w:t>
      </w:r>
      <w:r w:rsidR="00F76AA2">
        <w:rPr>
          <w:lang w:val="uk-UA"/>
        </w:rPr>
        <w:t>юнака.</w:t>
      </w:r>
    </w:p>
    <w:p w14:paraId="17E47669" w14:textId="05A9B1FC" w:rsidR="00185A0E" w:rsidRPr="004614BF" w:rsidRDefault="00185A0E" w:rsidP="00185A0E">
      <w:pPr>
        <w:pStyle w:val="a0"/>
        <w:numPr>
          <w:ilvl w:val="0"/>
          <w:numId w:val="0"/>
        </w:numPr>
        <w:spacing w:after="60"/>
        <w:jc w:val="both"/>
        <w:rPr>
          <w:lang w:val="uk-UA"/>
        </w:rPr>
      </w:pPr>
      <w:r w:rsidRPr="004614BF">
        <w:rPr>
          <w:lang w:val="uk-UA"/>
        </w:rPr>
        <w:t xml:space="preserve">              2028 рік – основний склад- 4 </w:t>
      </w:r>
      <w:r w:rsidR="00F76AA2">
        <w:rPr>
          <w:lang w:val="uk-UA"/>
        </w:rPr>
        <w:t>чоловіка</w:t>
      </w:r>
      <w:r w:rsidRPr="004614BF">
        <w:rPr>
          <w:lang w:val="uk-UA"/>
        </w:rPr>
        <w:t xml:space="preserve">, кандидати – 5 </w:t>
      </w:r>
      <w:r w:rsidR="00F76AA2">
        <w:rPr>
          <w:lang w:val="uk-UA"/>
        </w:rPr>
        <w:t>юнаків</w:t>
      </w:r>
      <w:r w:rsidRPr="004614BF">
        <w:rPr>
          <w:lang w:val="uk-UA"/>
        </w:rPr>
        <w:t xml:space="preserve">, резерв- 4 </w:t>
      </w:r>
      <w:r w:rsidR="00F76AA2">
        <w:rPr>
          <w:lang w:val="uk-UA"/>
        </w:rPr>
        <w:t>юнака</w:t>
      </w:r>
      <w:r w:rsidR="00F76AA2">
        <w:rPr>
          <w:lang w:val="uk-UA"/>
        </w:rPr>
        <w:t>.</w:t>
      </w:r>
    </w:p>
    <w:p w14:paraId="2A0CAA71" w14:textId="42F3692C" w:rsidR="00F76AA2" w:rsidRDefault="00185A0E" w:rsidP="00F76AA2">
      <w:pPr>
        <w:pStyle w:val="a0"/>
        <w:numPr>
          <w:ilvl w:val="0"/>
          <w:numId w:val="0"/>
        </w:numPr>
        <w:spacing w:after="60"/>
        <w:jc w:val="both"/>
        <w:rPr>
          <w:lang w:val="uk-UA"/>
        </w:rPr>
      </w:pPr>
      <w:r w:rsidRPr="004614BF">
        <w:rPr>
          <w:lang w:val="uk-UA"/>
        </w:rPr>
        <w:t xml:space="preserve">              2029 рік – основний склад- 3 </w:t>
      </w:r>
      <w:r w:rsidR="00F76AA2">
        <w:rPr>
          <w:lang w:val="uk-UA"/>
        </w:rPr>
        <w:t>чоловіка</w:t>
      </w:r>
      <w:r w:rsidRPr="004614BF">
        <w:rPr>
          <w:lang w:val="uk-UA"/>
        </w:rPr>
        <w:t xml:space="preserve">, кандидати – 6 </w:t>
      </w:r>
      <w:r w:rsidR="00F76AA2">
        <w:rPr>
          <w:lang w:val="uk-UA"/>
        </w:rPr>
        <w:t>юнаків</w:t>
      </w:r>
      <w:r w:rsidRPr="004614BF">
        <w:rPr>
          <w:lang w:val="uk-UA"/>
        </w:rPr>
        <w:t xml:space="preserve">, резерв- 4 </w:t>
      </w:r>
      <w:r w:rsidR="00F76AA2">
        <w:rPr>
          <w:lang w:val="uk-UA"/>
        </w:rPr>
        <w:t>юнака</w:t>
      </w:r>
      <w:r w:rsidR="00F76AA2">
        <w:rPr>
          <w:lang w:val="uk-UA"/>
        </w:rPr>
        <w:t>.</w:t>
      </w:r>
    </w:p>
    <w:p w14:paraId="638DF7E4" w14:textId="0DA3B8BC" w:rsidR="00083F2E" w:rsidRPr="004614BF" w:rsidRDefault="00784D39" w:rsidP="00F76AA2">
      <w:pPr>
        <w:pStyle w:val="a0"/>
        <w:numPr>
          <w:ilvl w:val="0"/>
          <w:numId w:val="12"/>
        </w:numPr>
        <w:spacing w:after="60"/>
        <w:ind w:left="284" w:hanging="284"/>
        <w:jc w:val="both"/>
        <w:rPr>
          <w:lang w:val="uk-UA"/>
        </w:rPr>
      </w:pPr>
      <w:r w:rsidRPr="004614BF">
        <w:rPr>
          <w:lang w:val="uk-UA"/>
        </w:rPr>
        <w:t>кількість спортсменів, які підвищ</w:t>
      </w:r>
      <w:r w:rsidR="00A57503" w:rsidRPr="004614BF">
        <w:rPr>
          <w:lang w:val="uk-UA"/>
        </w:rPr>
        <w:t>ать</w:t>
      </w:r>
      <w:r w:rsidRPr="004614BF">
        <w:rPr>
          <w:lang w:val="uk-UA"/>
        </w:rPr>
        <w:t xml:space="preserve"> рівень спортивної майстерності</w:t>
      </w:r>
      <w:r w:rsidR="0000026D" w:rsidRPr="004614BF">
        <w:rPr>
          <w:lang w:val="uk-UA"/>
        </w:rPr>
        <w:t xml:space="preserve"> </w:t>
      </w:r>
      <w:r w:rsidR="00185A0E" w:rsidRPr="004614BF">
        <w:rPr>
          <w:lang w:val="uk-UA"/>
        </w:rPr>
        <w:t>– не менше 160</w:t>
      </w:r>
      <w:r w:rsidR="00C23D2C" w:rsidRPr="004614BF">
        <w:rPr>
          <w:lang w:val="uk-UA"/>
        </w:rPr>
        <w:t xml:space="preserve"> </w:t>
      </w:r>
      <w:r w:rsidR="00F76AA2">
        <w:rPr>
          <w:lang w:val="uk-UA"/>
        </w:rPr>
        <w:t>юнаків та дівчат</w:t>
      </w:r>
      <w:r w:rsidRPr="004614BF">
        <w:rPr>
          <w:lang w:val="uk-UA"/>
        </w:rPr>
        <w:t>;</w:t>
      </w:r>
    </w:p>
    <w:p w14:paraId="458004EE" w14:textId="77777777" w:rsidR="00185A0E" w:rsidRPr="004614BF" w:rsidRDefault="00784D39" w:rsidP="004F61F4">
      <w:pPr>
        <w:pStyle w:val="a0"/>
        <w:spacing w:after="60"/>
        <w:jc w:val="both"/>
        <w:rPr>
          <w:lang w:val="uk-UA"/>
        </w:rPr>
      </w:pPr>
      <w:r w:rsidRPr="004614BF">
        <w:rPr>
          <w:lang w:val="uk-UA"/>
        </w:rPr>
        <w:t>кількість проведених та відвіданих навчально-тренувальних зборів</w:t>
      </w:r>
      <w:r w:rsidR="00185A0E" w:rsidRPr="004614BF">
        <w:rPr>
          <w:lang w:val="uk-UA"/>
        </w:rPr>
        <w:t>:</w:t>
      </w:r>
    </w:p>
    <w:p w14:paraId="5C13EF5C" w14:textId="39C55236" w:rsidR="00185A0E" w:rsidRPr="004614BF" w:rsidRDefault="00185A0E" w:rsidP="00185A0E">
      <w:pPr>
        <w:pStyle w:val="a0"/>
        <w:numPr>
          <w:ilvl w:val="0"/>
          <w:numId w:val="0"/>
        </w:numPr>
        <w:spacing w:after="60"/>
        <w:ind w:left="360"/>
        <w:jc w:val="both"/>
        <w:rPr>
          <w:lang w:val="uk-UA"/>
        </w:rPr>
      </w:pPr>
      <w:r w:rsidRPr="004614BF">
        <w:rPr>
          <w:lang w:val="uk-UA"/>
        </w:rPr>
        <w:t xml:space="preserve">           </w:t>
      </w:r>
      <w:proofErr w:type="spellStart"/>
      <w:r w:rsidRPr="004614BF">
        <w:rPr>
          <w:lang w:val="uk-UA"/>
        </w:rPr>
        <w:t>хортинг</w:t>
      </w:r>
      <w:proofErr w:type="spellEnd"/>
      <w:r w:rsidRPr="004614BF">
        <w:rPr>
          <w:lang w:val="uk-UA"/>
        </w:rPr>
        <w:t xml:space="preserve"> – не менше 4 заходів;</w:t>
      </w:r>
    </w:p>
    <w:p w14:paraId="4175D9F4" w14:textId="77777777" w:rsidR="005869A6" w:rsidRDefault="00185A0E" w:rsidP="00185A0E">
      <w:pPr>
        <w:pStyle w:val="a0"/>
        <w:numPr>
          <w:ilvl w:val="0"/>
          <w:numId w:val="0"/>
        </w:numPr>
        <w:spacing w:after="60"/>
        <w:ind w:left="360"/>
        <w:jc w:val="both"/>
        <w:rPr>
          <w:lang w:val="uk-UA"/>
        </w:rPr>
      </w:pPr>
      <w:r w:rsidRPr="004614BF">
        <w:rPr>
          <w:lang w:val="uk-UA"/>
        </w:rPr>
        <w:t xml:space="preserve">          </w:t>
      </w:r>
    </w:p>
    <w:p w14:paraId="03D27152" w14:textId="32BE169A" w:rsidR="00185A0E" w:rsidRPr="004614BF" w:rsidRDefault="00185A0E" w:rsidP="00185A0E">
      <w:pPr>
        <w:pStyle w:val="a0"/>
        <w:numPr>
          <w:ilvl w:val="0"/>
          <w:numId w:val="0"/>
        </w:numPr>
        <w:spacing w:after="60"/>
        <w:ind w:left="360"/>
        <w:jc w:val="both"/>
        <w:rPr>
          <w:lang w:val="uk-UA"/>
        </w:rPr>
      </w:pPr>
      <w:r w:rsidRPr="004614BF">
        <w:rPr>
          <w:lang w:val="uk-UA"/>
        </w:rPr>
        <w:lastRenderedPageBreak/>
        <w:t xml:space="preserve"> бойове самбо – не менше 12 заходів;</w:t>
      </w:r>
    </w:p>
    <w:p w14:paraId="586BD6AB" w14:textId="74749E42" w:rsidR="00083F2E" w:rsidRPr="004614BF" w:rsidRDefault="00185A0E" w:rsidP="00185A0E">
      <w:pPr>
        <w:pStyle w:val="a0"/>
        <w:numPr>
          <w:ilvl w:val="0"/>
          <w:numId w:val="0"/>
        </w:numPr>
        <w:spacing w:after="60"/>
        <w:ind w:left="360"/>
        <w:jc w:val="both"/>
        <w:rPr>
          <w:lang w:val="uk-UA"/>
        </w:rPr>
      </w:pPr>
      <w:r w:rsidRPr="004614BF">
        <w:rPr>
          <w:lang w:val="uk-UA"/>
        </w:rPr>
        <w:t xml:space="preserve">           гімнастика спортивна – не менше 10 </w:t>
      </w:r>
      <w:r w:rsidR="00C23D2C" w:rsidRPr="004614BF">
        <w:rPr>
          <w:lang w:val="uk-UA"/>
        </w:rPr>
        <w:t>заходів</w:t>
      </w:r>
      <w:r w:rsidR="00784D39" w:rsidRPr="004614BF">
        <w:rPr>
          <w:lang w:val="uk-UA"/>
        </w:rPr>
        <w:t>;</w:t>
      </w:r>
    </w:p>
    <w:p w14:paraId="393E660E" w14:textId="49957FFF" w:rsidR="006F7309" w:rsidRPr="004614BF" w:rsidRDefault="00784D39" w:rsidP="004F61F4">
      <w:pPr>
        <w:pStyle w:val="a0"/>
        <w:spacing w:after="60"/>
        <w:jc w:val="both"/>
        <w:rPr>
          <w:lang w:val="uk-UA"/>
        </w:rPr>
      </w:pPr>
      <w:r w:rsidRPr="004614BF">
        <w:rPr>
          <w:lang w:val="uk-UA"/>
        </w:rPr>
        <w:t xml:space="preserve">кількість тренерів-викладачів, які </w:t>
      </w:r>
      <w:r w:rsidR="006F7309" w:rsidRPr="00102FE0">
        <w:rPr>
          <w:lang w:val="uk-UA"/>
        </w:rPr>
        <w:t xml:space="preserve">планують </w:t>
      </w:r>
      <w:r w:rsidRPr="00102FE0">
        <w:rPr>
          <w:lang w:val="uk-UA"/>
        </w:rPr>
        <w:t>підвищи</w:t>
      </w:r>
      <w:r w:rsidR="004614BF" w:rsidRPr="00102FE0">
        <w:rPr>
          <w:lang w:val="uk-UA"/>
        </w:rPr>
        <w:t>т</w:t>
      </w:r>
      <w:r w:rsidRPr="00102FE0">
        <w:rPr>
          <w:lang w:val="uk-UA"/>
        </w:rPr>
        <w:t>и професійний</w:t>
      </w:r>
      <w:r w:rsidRPr="004614BF">
        <w:rPr>
          <w:lang w:val="uk-UA"/>
        </w:rPr>
        <w:t xml:space="preserve"> рівень та кваліфікацію</w:t>
      </w:r>
      <w:r w:rsidR="006F7309" w:rsidRPr="004614BF">
        <w:rPr>
          <w:lang w:val="uk-UA"/>
        </w:rPr>
        <w:t>:</w:t>
      </w:r>
    </w:p>
    <w:p w14:paraId="2F9DD17B" w14:textId="6CB06F91" w:rsidR="006F7309" w:rsidRPr="004614BF" w:rsidRDefault="006F7309" w:rsidP="006F7309">
      <w:pPr>
        <w:pStyle w:val="a0"/>
        <w:numPr>
          <w:ilvl w:val="0"/>
          <w:numId w:val="0"/>
        </w:numPr>
        <w:spacing w:after="60"/>
        <w:ind w:left="360"/>
        <w:jc w:val="both"/>
        <w:rPr>
          <w:lang w:val="uk-UA"/>
        </w:rPr>
      </w:pPr>
      <w:r w:rsidRPr="004614BF">
        <w:rPr>
          <w:lang w:val="uk-UA"/>
        </w:rPr>
        <w:t xml:space="preserve">          2027 рік – 2 тренери;</w:t>
      </w:r>
    </w:p>
    <w:p w14:paraId="547A2F3A" w14:textId="70377B8A" w:rsidR="006F7309" w:rsidRPr="004614BF" w:rsidRDefault="006F7309" w:rsidP="006F7309">
      <w:pPr>
        <w:pStyle w:val="a0"/>
        <w:numPr>
          <w:ilvl w:val="0"/>
          <w:numId w:val="0"/>
        </w:numPr>
        <w:spacing w:after="60"/>
        <w:ind w:left="360"/>
        <w:jc w:val="both"/>
        <w:rPr>
          <w:lang w:val="uk-UA"/>
        </w:rPr>
      </w:pPr>
      <w:r w:rsidRPr="004614BF">
        <w:rPr>
          <w:lang w:val="uk-UA"/>
        </w:rPr>
        <w:t xml:space="preserve">          2028 рік - 3 тренери</w:t>
      </w:r>
    </w:p>
    <w:p w14:paraId="3C174D17" w14:textId="79DB1434" w:rsidR="00083F2E" w:rsidRPr="004614BF" w:rsidRDefault="006F7309" w:rsidP="006F7309">
      <w:pPr>
        <w:pStyle w:val="a0"/>
        <w:numPr>
          <w:ilvl w:val="0"/>
          <w:numId w:val="0"/>
        </w:numPr>
        <w:spacing w:after="60"/>
        <w:ind w:left="360"/>
        <w:jc w:val="both"/>
        <w:rPr>
          <w:lang w:val="uk-UA"/>
        </w:rPr>
      </w:pPr>
      <w:r w:rsidRPr="004614BF">
        <w:rPr>
          <w:lang w:val="uk-UA"/>
        </w:rPr>
        <w:t xml:space="preserve">          2029 рік - 1 тренер </w:t>
      </w:r>
    </w:p>
    <w:p w14:paraId="307AC031" w14:textId="6C0D241E" w:rsidR="00083F2E" w:rsidRPr="00B63BD0" w:rsidRDefault="00784D39" w:rsidP="00B63BD0">
      <w:pPr>
        <w:pStyle w:val="a0"/>
        <w:spacing w:after="60"/>
        <w:jc w:val="both"/>
        <w:rPr>
          <w:lang w:val="uk-UA"/>
        </w:rPr>
      </w:pPr>
      <w:r w:rsidRPr="002A7A66">
        <w:rPr>
          <w:lang w:val="uk-UA"/>
        </w:rPr>
        <w:t>покращення матеріально-технічного забезпечення КДЮСШ</w:t>
      </w:r>
      <w:r w:rsidRPr="00B63BD0">
        <w:rPr>
          <w:lang w:val="uk-UA"/>
        </w:rPr>
        <w:t>.</w:t>
      </w:r>
    </w:p>
    <w:p w14:paraId="35CA1052" w14:textId="77777777" w:rsidR="00E837C3" w:rsidRDefault="00784D39" w:rsidP="00E837C3">
      <w:pPr>
        <w:spacing w:before="160" w:after="160"/>
        <w:jc w:val="center"/>
        <w:rPr>
          <w:lang w:val="uk-UA"/>
        </w:rPr>
      </w:pPr>
      <w:r w:rsidRPr="002A7A66">
        <w:rPr>
          <w:b/>
          <w:lang w:val="uk-UA"/>
        </w:rPr>
        <w:t>VІ. КООРДИНАЦІЯ ТА КОНТРОЛЬ ЗА ХОДОМ ВИКОНАННЯ ПРОГРАМИ</w:t>
      </w:r>
    </w:p>
    <w:p w14:paraId="16233FCC" w14:textId="34EE51EF" w:rsidR="00E837C3" w:rsidRPr="002A7A66" w:rsidRDefault="00E837C3" w:rsidP="00E837C3">
      <w:pPr>
        <w:spacing w:before="160" w:after="160"/>
        <w:ind w:firstLine="720"/>
        <w:jc w:val="both"/>
        <w:rPr>
          <w:lang w:val="uk-UA"/>
        </w:rPr>
      </w:pPr>
      <w:r w:rsidRPr="002A7A66">
        <w:rPr>
          <w:lang w:val="uk-UA"/>
        </w:rPr>
        <w:t xml:space="preserve">Координацію виконання Програми здійснює Відділ з питань фізичної культури та спорту Ніжинської </w:t>
      </w:r>
      <w:r>
        <w:rPr>
          <w:lang w:val="uk-UA"/>
        </w:rPr>
        <w:t>міської ради спільно з Ніжинським місцевим осередком</w:t>
      </w:r>
      <w:r w:rsidRPr="002A7A66">
        <w:rPr>
          <w:lang w:val="uk-UA"/>
        </w:rPr>
        <w:t xml:space="preserve"> ФСТ «Спартак».</w:t>
      </w:r>
    </w:p>
    <w:p w14:paraId="0B097C2F" w14:textId="6B14E42D" w:rsidR="00E837C3" w:rsidRDefault="00E837C3" w:rsidP="00E837C3">
      <w:pPr>
        <w:ind w:firstLine="720"/>
        <w:jc w:val="both"/>
        <w:rPr>
          <w:szCs w:val="24"/>
          <w:lang w:val="uk-UA"/>
        </w:rPr>
      </w:pPr>
      <w:r>
        <w:rPr>
          <w:szCs w:val="24"/>
          <w:lang w:val="uk-UA"/>
        </w:rPr>
        <w:t xml:space="preserve">Безпосередній контроль за виконанням заходів і завдань програми, цільовим та ефективним використанням коштів забезпечує </w:t>
      </w:r>
      <w:r w:rsidR="00235EF1">
        <w:rPr>
          <w:szCs w:val="24"/>
          <w:lang w:val="uk-UA"/>
        </w:rPr>
        <w:t>КДЮСШ НМО ФСТ «Спартак»</w:t>
      </w:r>
      <w:r>
        <w:rPr>
          <w:szCs w:val="24"/>
          <w:lang w:val="uk-UA"/>
        </w:rPr>
        <w:t>.</w:t>
      </w:r>
    </w:p>
    <w:p w14:paraId="510D9DCF" w14:textId="77777777" w:rsidR="00697FB8" w:rsidRDefault="00E837C3" w:rsidP="00697FB8">
      <w:pPr>
        <w:ind w:firstLine="720"/>
        <w:jc w:val="both"/>
        <w:rPr>
          <w:szCs w:val="24"/>
          <w:lang w:val="uk-UA"/>
        </w:rPr>
      </w:pPr>
      <w:r>
        <w:rPr>
          <w:szCs w:val="24"/>
          <w:lang w:val="uk-UA"/>
        </w:rPr>
        <w:t>З метою підвищення ефективності використання бюджетних коштів, відповідальні виконавці  протягом року ініціюють внесення змін до Програми на підставі даних аналізу щодо стану її виконання.</w:t>
      </w:r>
    </w:p>
    <w:p w14:paraId="413C4C9A" w14:textId="3659112E" w:rsidR="00E837C3" w:rsidRPr="00697FB8" w:rsidRDefault="00E837C3" w:rsidP="00697FB8">
      <w:pPr>
        <w:ind w:firstLine="720"/>
        <w:jc w:val="both"/>
        <w:rPr>
          <w:szCs w:val="24"/>
          <w:lang w:val="uk-UA"/>
        </w:rPr>
      </w:pPr>
      <w:proofErr w:type="spellStart"/>
      <w:r w:rsidRPr="00697FB8">
        <w:rPr>
          <w:szCs w:val="24"/>
        </w:rPr>
        <w:t>Звіт</w:t>
      </w:r>
      <w:proofErr w:type="spellEnd"/>
      <w:r w:rsidRPr="00697FB8">
        <w:rPr>
          <w:szCs w:val="24"/>
        </w:rPr>
        <w:t xml:space="preserve"> </w:t>
      </w:r>
      <w:proofErr w:type="spellStart"/>
      <w:r w:rsidRPr="00697FB8">
        <w:rPr>
          <w:szCs w:val="24"/>
        </w:rPr>
        <w:t>про</w:t>
      </w:r>
      <w:proofErr w:type="spellEnd"/>
      <w:r w:rsidRPr="00697FB8">
        <w:rPr>
          <w:szCs w:val="24"/>
        </w:rPr>
        <w:t xml:space="preserve"> </w:t>
      </w:r>
      <w:proofErr w:type="spellStart"/>
      <w:r w:rsidRPr="00697FB8">
        <w:rPr>
          <w:szCs w:val="24"/>
        </w:rPr>
        <w:t>виконання</w:t>
      </w:r>
      <w:proofErr w:type="spellEnd"/>
      <w:r w:rsidRPr="00697FB8">
        <w:rPr>
          <w:szCs w:val="24"/>
        </w:rPr>
        <w:t xml:space="preserve"> </w:t>
      </w:r>
      <w:proofErr w:type="spellStart"/>
      <w:r w:rsidRPr="00697FB8">
        <w:rPr>
          <w:szCs w:val="24"/>
        </w:rPr>
        <w:t>програми</w:t>
      </w:r>
      <w:proofErr w:type="spellEnd"/>
      <w:r w:rsidRPr="00697FB8">
        <w:rPr>
          <w:szCs w:val="24"/>
        </w:rPr>
        <w:t xml:space="preserve"> </w:t>
      </w:r>
      <w:proofErr w:type="spellStart"/>
      <w:r w:rsidRPr="00697FB8">
        <w:rPr>
          <w:szCs w:val="24"/>
        </w:rPr>
        <w:t>нада</w:t>
      </w:r>
      <w:proofErr w:type="spellEnd"/>
      <w:r w:rsidR="005B13A0">
        <w:rPr>
          <w:szCs w:val="24"/>
          <w:lang w:val="uk-UA"/>
        </w:rPr>
        <w:t>є</w:t>
      </w:r>
      <w:proofErr w:type="spellStart"/>
      <w:r w:rsidRPr="00697FB8">
        <w:rPr>
          <w:szCs w:val="24"/>
        </w:rPr>
        <w:t>ться</w:t>
      </w:r>
      <w:proofErr w:type="spellEnd"/>
      <w:r w:rsidRPr="00697FB8">
        <w:rPr>
          <w:szCs w:val="24"/>
        </w:rPr>
        <w:t xml:space="preserve"> </w:t>
      </w:r>
      <w:r w:rsidR="005B13A0">
        <w:rPr>
          <w:szCs w:val="24"/>
          <w:lang w:val="uk-UA"/>
        </w:rPr>
        <w:t>одержувачем</w:t>
      </w:r>
      <w:r w:rsidRPr="00697FB8">
        <w:rPr>
          <w:szCs w:val="24"/>
        </w:rPr>
        <w:t xml:space="preserve"> </w:t>
      </w:r>
      <w:proofErr w:type="spellStart"/>
      <w:r w:rsidRPr="00697FB8">
        <w:rPr>
          <w:szCs w:val="24"/>
        </w:rPr>
        <w:t>щоквартально</w:t>
      </w:r>
      <w:proofErr w:type="spellEnd"/>
      <w:r w:rsidRPr="00697FB8">
        <w:rPr>
          <w:szCs w:val="24"/>
        </w:rPr>
        <w:t xml:space="preserve"> </w:t>
      </w:r>
      <w:proofErr w:type="spellStart"/>
      <w:r w:rsidRPr="00697FB8">
        <w:rPr>
          <w:szCs w:val="24"/>
        </w:rPr>
        <w:t>до</w:t>
      </w:r>
      <w:proofErr w:type="spellEnd"/>
      <w:r w:rsidRPr="00697FB8">
        <w:rPr>
          <w:szCs w:val="24"/>
        </w:rPr>
        <w:t xml:space="preserve"> 4-го </w:t>
      </w:r>
      <w:proofErr w:type="spellStart"/>
      <w:proofErr w:type="gramStart"/>
      <w:r w:rsidRPr="00697FB8">
        <w:rPr>
          <w:szCs w:val="24"/>
        </w:rPr>
        <w:t>числа</w:t>
      </w:r>
      <w:proofErr w:type="spellEnd"/>
      <w:r w:rsidRPr="00697FB8">
        <w:rPr>
          <w:szCs w:val="24"/>
        </w:rPr>
        <w:t xml:space="preserve">  </w:t>
      </w:r>
      <w:proofErr w:type="spellStart"/>
      <w:r w:rsidRPr="00697FB8">
        <w:rPr>
          <w:szCs w:val="24"/>
        </w:rPr>
        <w:t>місяця</w:t>
      </w:r>
      <w:proofErr w:type="spellEnd"/>
      <w:proofErr w:type="gramEnd"/>
      <w:r w:rsidRPr="00697FB8">
        <w:rPr>
          <w:szCs w:val="24"/>
        </w:rPr>
        <w:t xml:space="preserve">, </w:t>
      </w:r>
      <w:proofErr w:type="spellStart"/>
      <w:r w:rsidRPr="00697FB8">
        <w:rPr>
          <w:szCs w:val="24"/>
        </w:rPr>
        <w:t>наступного</w:t>
      </w:r>
      <w:proofErr w:type="spellEnd"/>
      <w:r w:rsidRPr="00697FB8">
        <w:rPr>
          <w:szCs w:val="24"/>
        </w:rPr>
        <w:t xml:space="preserve"> </w:t>
      </w:r>
      <w:proofErr w:type="spellStart"/>
      <w:r w:rsidRPr="00697FB8">
        <w:rPr>
          <w:szCs w:val="24"/>
        </w:rPr>
        <w:t>за</w:t>
      </w:r>
      <w:proofErr w:type="spellEnd"/>
      <w:r w:rsidRPr="00697FB8">
        <w:rPr>
          <w:szCs w:val="24"/>
        </w:rPr>
        <w:t xml:space="preserve"> </w:t>
      </w:r>
      <w:proofErr w:type="spellStart"/>
      <w:r w:rsidRPr="00697FB8">
        <w:rPr>
          <w:szCs w:val="24"/>
        </w:rPr>
        <w:t>звітним</w:t>
      </w:r>
      <w:proofErr w:type="spellEnd"/>
      <w:r w:rsidRPr="00697FB8">
        <w:rPr>
          <w:szCs w:val="24"/>
        </w:rPr>
        <w:t xml:space="preserve"> </w:t>
      </w:r>
      <w:proofErr w:type="spellStart"/>
      <w:r w:rsidRPr="00697FB8">
        <w:rPr>
          <w:szCs w:val="24"/>
        </w:rPr>
        <w:t>кварталом</w:t>
      </w:r>
      <w:proofErr w:type="spellEnd"/>
      <w:r w:rsidRPr="00697FB8">
        <w:rPr>
          <w:szCs w:val="24"/>
        </w:rPr>
        <w:t xml:space="preserve">, </w:t>
      </w:r>
      <w:proofErr w:type="spellStart"/>
      <w:r w:rsidRPr="00697FB8">
        <w:rPr>
          <w:szCs w:val="24"/>
        </w:rPr>
        <w:t>головному</w:t>
      </w:r>
      <w:proofErr w:type="spellEnd"/>
      <w:r w:rsidRPr="00697FB8">
        <w:rPr>
          <w:szCs w:val="24"/>
        </w:rPr>
        <w:t xml:space="preserve"> </w:t>
      </w:r>
      <w:proofErr w:type="spellStart"/>
      <w:r w:rsidRPr="00697FB8">
        <w:rPr>
          <w:szCs w:val="24"/>
        </w:rPr>
        <w:t>розпоряднику</w:t>
      </w:r>
      <w:proofErr w:type="spellEnd"/>
      <w:r w:rsidRPr="00697FB8">
        <w:rPr>
          <w:szCs w:val="24"/>
        </w:rPr>
        <w:t xml:space="preserve"> </w:t>
      </w:r>
      <w:proofErr w:type="spellStart"/>
      <w:r w:rsidRPr="00697FB8">
        <w:rPr>
          <w:szCs w:val="24"/>
        </w:rPr>
        <w:t>бюджетних</w:t>
      </w:r>
      <w:proofErr w:type="spellEnd"/>
      <w:r w:rsidRPr="00697FB8">
        <w:rPr>
          <w:szCs w:val="24"/>
        </w:rPr>
        <w:t xml:space="preserve"> </w:t>
      </w:r>
      <w:proofErr w:type="spellStart"/>
      <w:r w:rsidRPr="00697FB8">
        <w:rPr>
          <w:szCs w:val="24"/>
        </w:rPr>
        <w:t>коштів</w:t>
      </w:r>
      <w:proofErr w:type="spellEnd"/>
      <w:r w:rsidRPr="00697FB8">
        <w:rPr>
          <w:szCs w:val="24"/>
        </w:rPr>
        <w:t xml:space="preserve">. </w:t>
      </w:r>
    </w:p>
    <w:p w14:paraId="41538092" w14:textId="77777777" w:rsidR="00E837C3" w:rsidRPr="00697FB8" w:rsidRDefault="00E837C3" w:rsidP="005B13A0">
      <w:pPr>
        <w:ind w:firstLine="720"/>
        <w:jc w:val="both"/>
        <w:rPr>
          <w:szCs w:val="24"/>
        </w:rPr>
      </w:pPr>
      <w:proofErr w:type="spellStart"/>
      <w:r w:rsidRPr="00697FB8">
        <w:rPr>
          <w:szCs w:val="24"/>
        </w:rPr>
        <w:t>Звіт</w:t>
      </w:r>
      <w:proofErr w:type="spellEnd"/>
      <w:r w:rsidRPr="00697FB8">
        <w:rPr>
          <w:szCs w:val="24"/>
        </w:rPr>
        <w:t xml:space="preserve"> </w:t>
      </w:r>
      <w:proofErr w:type="spellStart"/>
      <w:r w:rsidRPr="00697FB8">
        <w:rPr>
          <w:szCs w:val="24"/>
        </w:rPr>
        <w:t>про</w:t>
      </w:r>
      <w:proofErr w:type="spellEnd"/>
      <w:r w:rsidRPr="00697FB8">
        <w:rPr>
          <w:szCs w:val="24"/>
        </w:rPr>
        <w:t xml:space="preserve"> </w:t>
      </w:r>
      <w:proofErr w:type="spellStart"/>
      <w:r w:rsidRPr="00697FB8">
        <w:rPr>
          <w:szCs w:val="24"/>
        </w:rPr>
        <w:t>виконання</w:t>
      </w:r>
      <w:proofErr w:type="spellEnd"/>
      <w:r w:rsidRPr="00697FB8">
        <w:rPr>
          <w:szCs w:val="24"/>
        </w:rPr>
        <w:t xml:space="preserve"> </w:t>
      </w:r>
      <w:proofErr w:type="spellStart"/>
      <w:r w:rsidRPr="00697FB8">
        <w:rPr>
          <w:szCs w:val="24"/>
        </w:rPr>
        <w:t>Програми</w:t>
      </w:r>
      <w:proofErr w:type="spellEnd"/>
      <w:r w:rsidRPr="00697FB8">
        <w:rPr>
          <w:szCs w:val="24"/>
        </w:rPr>
        <w:t xml:space="preserve"> </w:t>
      </w:r>
      <w:proofErr w:type="spellStart"/>
      <w:r w:rsidRPr="00697FB8">
        <w:rPr>
          <w:szCs w:val="24"/>
        </w:rPr>
        <w:t>надається</w:t>
      </w:r>
      <w:proofErr w:type="spellEnd"/>
      <w:r w:rsidRPr="00697FB8">
        <w:rPr>
          <w:szCs w:val="24"/>
        </w:rPr>
        <w:t xml:space="preserve"> </w:t>
      </w:r>
      <w:proofErr w:type="spellStart"/>
      <w:r w:rsidRPr="00697FB8">
        <w:rPr>
          <w:szCs w:val="24"/>
        </w:rPr>
        <w:t>головним</w:t>
      </w:r>
      <w:proofErr w:type="spellEnd"/>
      <w:r w:rsidRPr="00697FB8">
        <w:rPr>
          <w:szCs w:val="24"/>
        </w:rPr>
        <w:t xml:space="preserve"> </w:t>
      </w:r>
      <w:proofErr w:type="spellStart"/>
      <w:r w:rsidRPr="00697FB8">
        <w:rPr>
          <w:szCs w:val="24"/>
        </w:rPr>
        <w:t>розпорядником</w:t>
      </w:r>
      <w:proofErr w:type="spellEnd"/>
      <w:r w:rsidRPr="00697FB8">
        <w:rPr>
          <w:szCs w:val="24"/>
        </w:rPr>
        <w:t xml:space="preserve"> </w:t>
      </w:r>
      <w:proofErr w:type="spellStart"/>
      <w:proofErr w:type="gramStart"/>
      <w:r w:rsidRPr="00697FB8">
        <w:rPr>
          <w:szCs w:val="24"/>
        </w:rPr>
        <w:t>коштів</w:t>
      </w:r>
      <w:proofErr w:type="spellEnd"/>
      <w:r w:rsidRPr="00697FB8">
        <w:rPr>
          <w:szCs w:val="24"/>
        </w:rPr>
        <w:t xml:space="preserve">  </w:t>
      </w:r>
      <w:proofErr w:type="spellStart"/>
      <w:r w:rsidRPr="00697FB8">
        <w:rPr>
          <w:szCs w:val="24"/>
        </w:rPr>
        <w:t>щоквартально</w:t>
      </w:r>
      <w:proofErr w:type="spellEnd"/>
      <w:proofErr w:type="gramEnd"/>
      <w:r w:rsidRPr="00697FB8">
        <w:rPr>
          <w:szCs w:val="24"/>
        </w:rPr>
        <w:t xml:space="preserve"> </w:t>
      </w:r>
      <w:proofErr w:type="spellStart"/>
      <w:r w:rsidRPr="00697FB8">
        <w:rPr>
          <w:szCs w:val="24"/>
        </w:rPr>
        <w:t>до</w:t>
      </w:r>
      <w:proofErr w:type="spellEnd"/>
      <w:r w:rsidRPr="00697FB8">
        <w:rPr>
          <w:szCs w:val="24"/>
        </w:rPr>
        <w:t xml:space="preserve"> 6-го </w:t>
      </w:r>
      <w:proofErr w:type="spellStart"/>
      <w:r w:rsidRPr="00697FB8">
        <w:rPr>
          <w:szCs w:val="24"/>
        </w:rPr>
        <w:t>числа</w:t>
      </w:r>
      <w:proofErr w:type="spellEnd"/>
      <w:r w:rsidRPr="00697FB8">
        <w:rPr>
          <w:szCs w:val="24"/>
        </w:rPr>
        <w:t xml:space="preserve"> </w:t>
      </w:r>
      <w:proofErr w:type="spellStart"/>
      <w:r w:rsidRPr="00697FB8">
        <w:rPr>
          <w:szCs w:val="24"/>
        </w:rPr>
        <w:t>місяця</w:t>
      </w:r>
      <w:proofErr w:type="spellEnd"/>
      <w:r w:rsidRPr="00697FB8">
        <w:rPr>
          <w:szCs w:val="24"/>
        </w:rPr>
        <w:t xml:space="preserve">, </w:t>
      </w:r>
      <w:proofErr w:type="spellStart"/>
      <w:r w:rsidRPr="00697FB8">
        <w:rPr>
          <w:szCs w:val="24"/>
        </w:rPr>
        <w:t>наступного</w:t>
      </w:r>
      <w:proofErr w:type="spellEnd"/>
      <w:r w:rsidRPr="00697FB8">
        <w:rPr>
          <w:szCs w:val="24"/>
        </w:rPr>
        <w:t xml:space="preserve"> </w:t>
      </w:r>
      <w:proofErr w:type="spellStart"/>
      <w:r w:rsidRPr="00697FB8">
        <w:rPr>
          <w:szCs w:val="24"/>
        </w:rPr>
        <w:t>за</w:t>
      </w:r>
      <w:proofErr w:type="spellEnd"/>
      <w:r w:rsidRPr="00697FB8">
        <w:rPr>
          <w:szCs w:val="24"/>
        </w:rPr>
        <w:t xml:space="preserve"> </w:t>
      </w:r>
      <w:proofErr w:type="spellStart"/>
      <w:r w:rsidRPr="00697FB8">
        <w:rPr>
          <w:szCs w:val="24"/>
        </w:rPr>
        <w:t>звітним</w:t>
      </w:r>
      <w:proofErr w:type="spellEnd"/>
      <w:r w:rsidRPr="00697FB8">
        <w:rPr>
          <w:szCs w:val="24"/>
        </w:rPr>
        <w:t xml:space="preserve"> </w:t>
      </w:r>
      <w:proofErr w:type="spellStart"/>
      <w:r w:rsidRPr="00697FB8">
        <w:rPr>
          <w:szCs w:val="24"/>
        </w:rPr>
        <w:t>кварталом</w:t>
      </w:r>
      <w:proofErr w:type="spellEnd"/>
      <w:r w:rsidRPr="00697FB8">
        <w:rPr>
          <w:szCs w:val="24"/>
        </w:rPr>
        <w:t xml:space="preserve">, </w:t>
      </w:r>
      <w:proofErr w:type="spellStart"/>
      <w:r w:rsidRPr="00697FB8">
        <w:rPr>
          <w:szCs w:val="24"/>
        </w:rPr>
        <w:t>фінансовому</w:t>
      </w:r>
      <w:proofErr w:type="spellEnd"/>
      <w:r w:rsidRPr="00697FB8">
        <w:rPr>
          <w:szCs w:val="24"/>
        </w:rPr>
        <w:t xml:space="preserve"> </w:t>
      </w:r>
      <w:proofErr w:type="spellStart"/>
      <w:r w:rsidRPr="00697FB8">
        <w:rPr>
          <w:szCs w:val="24"/>
        </w:rPr>
        <w:t>управлінню</w:t>
      </w:r>
      <w:proofErr w:type="spellEnd"/>
      <w:r w:rsidRPr="00697FB8">
        <w:rPr>
          <w:szCs w:val="24"/>
        </w:rPr>
        <w:t xml:space="preserve"> </w:t>
      </w:r>
      <w:proofErr w:type="spellStart"/>
      <w:r w:rsidRPr="00697FB8">
        <w:rPr>
          <w:szCs w:val="24"/>
        </w:rPr>
        <w:t>Ніжинської</w:t>
      </w:r>
      <w:proofErr w:type="spellEnd"/>
      <w:r w:rsidRPr="00697FB8">
        <w:rPr>
          <w:szCs w:val="24"/>
        </w:rPr>
        <w:t xml:space="preserve"> </w:t>
      </w:r>
      <w:proofErr w:type="spellStart"/>
      <w:r w:rsidRPr="00697FB8">
        <w:rPr>
          <w:szCs w:val="24"/>
        </w:rPr>
        <w:t>міської</w:t>
      </w:r>
      <w:proofErr w:type="spellEnd"/>
      <w:r w:rsidRPr="00697FB8">
        <w:rPr>
          <w:szCs w:val="24"/>
        </w:rPr>
        <w:t xml:space="preserve"> </w:t>
      </w:r>
      <w:proofErr w:type="spellStart"/>
      <w:r w:rsidRPr="00697FB8">
        <w:rPr>
          <w:szCs w:val="24"/>
        </w:rPr>
        <w:t>ради</w:t>
      </w:r>
      <w:proofErr w:type="spellEnd"/>
      <w:r w:rsidRPr="00697FB8">
        <w:rPr>
          <w:szCs w:val="24"/>
        </w:rPr>
        <w:t>.</w:t>
      </w:r>
    </w:p>
    <w:p w14:paraId="3B782599" w14:textId="77777777" w:rsidR="00E837C3" w:rsidRPr="00697FB8" w:rsidRDefault="00E837C3" w:rsidP="005B13A0">
      <w:pPr>
        <w:ind w:firstLine="720"/>
        <w:jc w:val="both"/>
        <w:rPr>
          <w:szCs w:val="24"/>
        </w:rPr>
      </w:pPr>
      <w:proofErr w:type="spellStart"/>
      <w:r w:rsidRPr="00697FB8">
        <w:rPr>
          <w:szCs w:val="24"/>
        </w:rPr>
        <w:t>Головні</w:t>
      </w:r>
      <w:proofErr w:type="spellEnd"/>
      <w:r w:rsidRPr="00697FB8">
        <w:rPr>
          <w:szCs w:val="24"/>
        </w:rPr>
        <w:t xml:space="preserve"> </w:t>
      </w:r>
      <w:proofErr w:type="spellStart"/>
      <w:r w:rsidRPr="00697FB8">
        <w:rPr>
          <w:szCs w:val="24"/>
        </w:rPr>
        <w:t>розпорядники</w:t>
      </w:r>
      <w:proofErr w:type="spellEnd"/>
      <w:r w:rsidRPr="00697FB8">
        <w:rPr>
          <w:szCs w:val="24"/>
        </w:rPr>
        <w:t xml:space="preserve"> </w:t>
      </w:r>
      <w:proofErr w:type="spellStart"/>
      <w:r w:rsidRPr="00697FB8">
        <w:rPr>
          <w:szCs w:val="24"/>
        </w:rPr>
        <w:t>звітують</w:t>
      </w:r>
      <w:proofErr w:type="spellEnd"/>
      <w:r w:rsidRPr="00697FB8">
        <w:rPr>
          <w:szCs w:val="24"/>
        </w:rPr>
        <w:t xml:space="preserve"> </w:t>
      </w:r>
      <w:proofErr w:type="spellStart"/>
      <w:r w:rsidRPr="00697FB8">
        <w:rPr>
          <w:szCs w:val="24"/>
        </w:rPr>
        <w:t>про</w:t>
      </w:r>
      <w:proofErr w:type="spellEnd"/>
      <w:r w:rsidRPr="00697FB8">
        <w:rPr>
          <w:szCs w:val="24"/>
        </w:rPr>
        <w:t xml:space="preserve"> </w:t>
      </w:r>
      <w:proofErr w:type="spellStart"/>
      <w:r w:rsidRPr="00697FB8">
        <w:rPr>
          <w:szCs w:val="24"/>
        </w:rPr>
        <w:t>виконання</w:t>
      </w:r>
      <w:proofErr w:type="spellEnd"/>
      <w:r w:rsidRPr="00697FB8">
        <w:rPr>
          <w:szCs w:val="24"/>
        </w:rPr>
        <w:t xml:space="preserve"> </w:t>
      </w:r>
      <w:proofErr w:type="spellStart"/>
      <w:r w:rsidRPr="00697FB8">
        <w:rPr>
          <w:szCs w:val="24"/>
        </w:rPr>
        <w:t>Програми</w:t>
      </w:r>
      <w:proofErr w:type="spellEnd"/>
      <w:r w:rsidRPr="00697FB8">
        <w:rPr>
          <w:szCs w:val="24"/>
        </w:rPr>
        <w:t xml:space="preserve"> </w:t>
      </w:r>
      <w:proofErr w:type="spellStart"/>
      <w:r w:rsidRPr="00697FB8">
        <w:rPr>
          <w:szCs w:val="24"/>
        </w:rPr>
        <w:t>на</w:t>
      </w:r>
      <w:proofErr w:type="spellEnd"/>
      <w:r w:rsidRPr="00697FB8">
        <w:rPr>
          <w:szCs w:val="24"/>
        </w:rPr>
        <w:t xml:space="preserve"> </w:t>
      </w:r>
      <w:proofErr w:type="spellStart"/>
      <w:r w:rsidRPr="00697FB8">
        <w:rPr>
          <w:szCs w:val="24"/>
        </w:rPr>
        <w:t>сесії</w:t>
      </w:r>
      <w:proofErr w:type="spellEnd"/>
      <w:r w:rsidRPr="00697FB8">
        <w:rPr>
          <w:szCs w:val="24"/>
        </w:rPr>
        <w:t xml:space="preserve"> </w:t>
      </w:r>
      <w:proofErr w:type="spellStart"/>
      <w:r w:rsidRPr="00697FB8">
        <w:rPr>
          <w:szCs w:val="24"/>
        </w:rPr>
        <w:t>міської</w:t>
      </w:r>
      <w:proofErr w:type="spellEnd"/>
      <w:r w:rsidRPr="00697FB8">
        <w:rPr>
          <w:szCs w:val="24"/>
        </w:rPr>
        <w:t xml:space="preserve"> </w:t>
      </w:r>
      <w:proofErr w:type="spellStart"/>
      <w:r w:rsidRPr="00697FB8">
        <w:rPr>
          <w:szCs w:val="24"/>
        </w:rPr>
        <w:t>ради</w:t>
      </w:r>
      <w:proofErr w:type="spellEnd"/>
      <w:r w:rsidRPr="00697FB8">
        <w:rPr>
          <w:szCs w:val="24"/>
        </w:rPr>
        <w:t xml:space="preserve"> </w:t>
      </w:r>
      <w:proofErr w:type="spellStart"/>
      <w:r w:rsidRPr="00697FB8">
        <w:rPr>
          <w:szCs w:val="24"/>
        </w:rPr>
        <w:t>за</w:t>
      </w:r>
      <w:proofErr w:type="spellEnd"/>
      <w:r w:rsidRPr="00697FB8">
        <w:rPr>
          <w:szCs w:val="24"/>
        </w:rPr>
        <w:t xml:space="preserve"> </w:t>
      </w:r>
      <w:proofErr w:type="spellStart"/>
      <w:r w:rsidRPr="00697FB8">
        <w:rPr>
          <w:szCs w:val="24"/>
        </w:rPr>
        <w:t>підсумками</w:t>
      </w:r>
      <w:proofErr w:type="spellEnd"/>
      <w:r w:rsidRPr="00697FB8">
        <w:rPr>
          <w:szCs w:val="24"/>
        </w:rPr>
        <w:t xml:space="preserve"> </w:t>
      </w:r>
      <w:proofErr w:type="spellStart"/>
      <w:r w:rsidRPr="00697FB8">
        <w:rPr>
          <w:szCs w:val="24"/>
        </w:rPr>
        <w:t>року</w:t>
      </w:r>
      <w:proofErr w:type="spellEnd"/>
      <w:r w:rsidRPr="00697FB8">
        <w:rPr>
          <w:szCs w:val="24"/>
        </w:rPr>
        <w:t>.</w:t>
      </w:r>
    </w:p>
    <w:p w14:paraId="50F65D14" w14:textId="77777777" w:rsidR="009F6E35" w:rsidRPr="00FD542E" w:rsidRDefault="009F6E35">
      <w:pPr>
        <w:rPr>
          <w:lang w:val="ru-RU"/>
        </w:rPr>
      </w:pPr>
    </w:p>
    <w:p w14:paraId="635A6451" w14:textId="62E1BD4A" w:rsidR="00083F2E" w:rsidRPr="00FD542E" w:rsidRDefault="009F6E35">
      <w:pPr>
        <w:rPr>
          <w:bCs/>
          <w:lang w:val="ru-RU"/>
        </w:rPr>
      </w:pPr>
      <w:r w:rsidRPr="009F6E35">
        <w:rPr>
          <w:bCs/>
          <w:lang w:val="uk-UA"/>
        </w:rPr>
        <w:t xml:space="preserve">Міський голова                                             </w:t>
      </w:r>
      <w:r>
        <w:rPr>
          <w:bCs/>
          <w:lang w:val="uk-UA"/>
        </w:rPr>
        <w:t xml:space="preserve">   </w:t>
      </w:r>
      <w:r w:rsidRPr="009F6E35">
        <w:rPr>
          <w:bCs/>
          <w:lang w:val="uk-UA"/>
        </w:rPr>
        <w:t xml:space="preserve">                      </w:t>
      </w:r>
      <w:r w:rsidR="00CE4905">
        <w:rPr>
          <w:bCs/>
          <w:lang w:val="uk-UA"/>
        </w:rPr>
        <w:t xml:space="preserve">      </w:t>
      </w:r>
      <w:r w:rsidRPr="009F6E35">
        <w:rPr>
          <w:bCs/>
          <w:lang w:val="uk-UA"/>
        </w:rPr>
        <w:t xml:space="preserve">              Олександр КОДОЛА            </w:t>
      </w:r>
      <w:r w:rsidR="00784D39" w:rsidRPr="00FD542E">
        <w:rPr>
          <w:bCs/>
          <w:lang w:val="ru-RU"/>
        </w:rPr>
        <w:br w:type="page"/>
      </w:r>
    </w:p>
    <w:p w14:paraId="4818B996" w14:textId="4698419E" w:rsidR="009F6E35" w:rsidRDefault="001371C1" w:rsidP="009F6E35">
      <w:pPr>
        <w:spacing w:after="0" w:line="240" w:lineRule="auto"/>
        <w:rPr>
          <w:lang w:val="uk-UA"/>
        </w:rPr>
      </w:pPr>
      <w:r>
        <w:rPr>
          <w:sz w:val="28"/>
          <w:szCs w:val="28"/>
          <w:lang w:val="uk-UA"/>
        </w:rPr>
        <w:lastRenderedPageBreak/>
        <w:t xml:space="preserve"> </w:t>
      </w:r>
      <w:r w:rsidR="009F6E35" w:rsidRPr="0064679E">
        <w:rPr>
          <w:sz w:val="28"/>
          <w:szCs w:val="28"/>
          <w:lang w:val="uk-UA"/>
        </w:rPr>
        <w:t xml:space="preserve">                                    </w:t>
      </w:r>
      <w:r w:rsidR="009F6E35">
        <w:rPr>
          <w:sz w:val="28"/>
          <w:szCs w:val="28"/>
          <w:lang w:val="uk-UA"/>
        </w:rPr>
        <w:t xml:space="preserve">        </w:t>
      </w:r>
      <w:r w:rsidR="009F6E35" w:rsidRPr="0064679E">
        <w:rPr>
          <w:sz w:val="28"/>
          <w:szCs w:val="28"/>
          <w:lang w:val="uk-UA"/>
        </w:rPr>
        <w:t xml:space="preserve"> </w:t>
      </w:r>
      <w:r w:rsidR="009F6E35">
        <w:rPr>
          <w:sz w:val="28"/>
          <w:szCs w:val="28"/>
          <w:lang w:val="uk-UA"/>
        </w:rPr>
        <w:t xml:space="preserve">                                           </w:t>
      </w:r>
      <w:r w:rsidR="009F6E35">
        <w:rPr>
          <w:lang w:val="uk-UA"/>
        </w:rPr>
        <w:t>Додаток № 1</w:t>
      </w:r>
    </w:p>
    <w:p w14:paraId="77949026" w14:textId="2C3A3BD5" w:rsidR="009F6E35" w:rsidRDefault="009F6E35" w:rsidP="009F6E35">
      <w:pPr>
        <w:tabs>
          <w:tab w:val="left" w:pos="6379"/>
        </w:tabs>
        <w:spacing w:after="0" w:line="240" w:lineRule="auto"/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                до </w:t>
      </w:r>
      <w:r w:rsidRPr="00241941">
        <w:rPr>
          <w:lang w:val="uk-UA"/>
        </w:rPr>
        <w:t xml:space="preserve">Програми розвитку </w:t>
      </w:r>
      <w:r>
        <w:rPr>
          <w:lang w:val="uk-UA"/>
        </w:rPr>
        <w:t xml:space="preserve">                                                                                                 </w:t>
      </w:r>
    </w:p>
    <w:p w14:paraId="196AE7C9" w14:textId="77777777" w:rsidR="009F6E35" w:rsidRDefault="009F6E35" w:rsidP="009F6E35">
      <w:pPr>
        <w:tabs>
          <w:tab w:val="left" w:pos="6660"/>
        </w:tabs>
        <w:spacing w:after="0" w:line="240" w:lineRule="auto"/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                </w:t>
      </w:r>
      <w:r w:rsidRPr="00241941">
        <w:rPr>
          <w:lang w:val="uk-UA"/>
        </w:rPr>
        <w:t xml:space="preserve">Комплексної дитячо-юнацької </w:t>
      </w:r>
      <w:r>
        <w:rPr>
          <w:lang w:val="uk-UA"/>
        </w:rPr>
        <w:t xml:space="preserve">                       </w:t>
      </w:r>
    </w:p>
    <w:p w14:paraId="354AC5BD" w14:textId="77777777" w:rsidR="009F6E35" w:rsidRDefault="009F6E35" w:rsidP="009F6E35">
      <w:pPr>
        <w:tabs>
          <w:tab w:val="left" w:pos="6660"/>
        </w:tabs>
        <w:spacing w:after="0" w:line="240" w:lineRule="auto"/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                </w:t>
      </w:r>
      <w:r w:rsidRPr="00241941">
        <w:rPr>
          <w:lang w:val="uk-UA"/>
        </w:rPr>
        <w:t xml:space="preserve">спортивної школи Ніжинського </w:t>
      </w:r>
      <w:r>
        <w:rPr>
          <w:lang w:val="uk-UA"/>
        </w:rPr>
        <w:t xml:space="preserve">                                 </w:t>
      </w:r>
    </w:p>
    <w:p w14:paraId="1090B496" w14:textId="77777777" w:rsidR="009F6E35" w:rsidRDefault="009F6E35" w:rsidP="009F6E35">
      <w:pPr>
        <w:tabs>
          <w:tab w:val="left" w:pos="6660"/>
        </w:tabs>
        <w:spacing w:after="0" w:line="240" w:lineRule="auto"/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                </w:t>
      </w:r>
      <w:r w:rsidRPr="00241941">
        <w:rPr>
          <w:lang w:val="uk-UA"/>
        </w:rPr>
        <w:t>місцевого</w:t>
      </w:r>
      <w:r>
        <w:rPr>
          <w:lang w:val="uk-UA"/>
        </w:rPr>
        <w:t xml:space="preserve"> </w:t>
      </w:r>
      <w:r w:rsidRPr="00241941">
        <w:rPr>
          <w:lang w:val="uk-UA"/>
        </w:rPr>
        <w:t>осередку</w:t>
      </w:r>
      <w:r>
        <w:rPr>
          <w:lang w:val="uk-UA"/>
        </w:rPr>
        <w:t xml:space="preserve"> </w:t>
      </w:r>
      <w:r w:rsidRPr="00241941">
        <w:rPr>
          <w:lang w:val="uk-UA"/>
        </w:rPr>
        <w:t>фізкультурно-</w:t>
      </w:r>
      <w:r>
        <w:rPr>
          <w:lang w:val="uk-UA"/>
        </w:rPr>
        <w:t xml:space="preserve">                                         </w:t>
      </w:r>
    </w:p>
    <w:p w14:paraId="1A6C9890" w14:textId="77777777" w:rsidR="009F6E35" w:rsidRPr="00241941" w:rsidRDefault="009F6E35" w:rsidP="009F6E35">
      <w:pPr>
        <w:tabs>
          <w:tab w:val="left" w:pos="6660"/>
        </w:tabs>
        <w:spacing w:after="0" w:line="240" w:lineRule="auto"/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                </w:t>
      </w:r>
      <w:r w:rsidRPr="00241941">
        <w:rPr>
          <w:lang w:val="uk-UA"/>
        </w:rPr>
        <w:t>спортивного</w:t>
      </w:r>
      <w:r>
        <w:rPr>
          <w:lang w:val="uk-UA"/>
        </w:rPr>
        <w:t xml:space="preserve"> </w:t>
      </w:r>
      <w:r w:rsidRPr="00241941">
        <w:rPr>
          <w:lang w:val="uk-UA"/>
        </w:rPr>
        <w:t xml:space="preserve">товариства  «Спартак»  </w:t>
      </w:r>
    </w:p>
    <w:p w14:paraId="53259D62" w14:textId="77777777" w:rsidR="009F6E35" w:rsidRDefault="009F6E35" w:rsidP="009F6E35">
      <w:pPr>
        <w:tabs>
          <w:tab w:val="left" w:pos="6264"/>
        </w:tabs>
        <w:spacing w:after="0" w:line="240" w:lineRule="auto"/>
        <w:rPr>
          <w:lang w:val="uk-UA"/>
        </w:rPr>
      </w:pPr>
      <w:r>
        <w:rPr>
          <w:lang w:val="uk-UA"/>
        </w:rPr>
        <w:tab/>
        <w:t>на 2027-2029</w:t>
      </w:r>
      <w:r w:rsidRPr="00241941">
        <w:rPr>
          <w:lang w:val="uk-UA"/>
        </w:rPr>
        <w:t xml:space="preserve"> роки</w:t>
      </w:r>
    </w:p>
    <w:p w14:paraId="6513A6F8" w14:textId="77777777" w:rsidR="009F6E35" w:rsidRDefault="009F6E35" w:rsidP="009F6E35">
      <w:pPr>
        <w:tabs>
          <w:tab w:val="left" w:pos="6264"/>
        </w:tabs>
        <w:rPr>
          <w:lang w:val="uk-UA"/>
        </w:rPr>
      </w:pPr>
    </w:p>
    <w:p w14:paraId="3DF9674A" w14:textId="77777777" w:rsidR="009F6E35" w:rsidRPr="002A7A66" w:rsidRDefault="009F6E35" w:rsidP="009F6E35">
      <w:pPr>
        <w:tabs>
          <w:tab w:val="left" w:pos="6264"/>
        </w:tabs>
        <w:rPr>
          <w:lang w:val="uk-UA"/>
        </w:rPr>
      </w:pPr>
    </w:p>
    <w:p w14:paraId="23FC4AA4" w14:textId="77777777" w:rsidR="009F6E35" w:rsidRPr="002A7A66" w:rsidRDefault="009F6E35" w:rsidP="009F6E35">
      <w:pPr>
        <w:ind w:left="1080"/>
        <w:jc w:val="center"/>
        <w:rPr>
          <w:b/>
          <w:sz w:val="28"/>
          <w:szCs w:val="28"/>
          <w:lang w:val="uk-UA"/>
        </w:rPr>
      </w:pPr>
      <w:r w:rsidRPr="002A7A66">
        <w:rPr>
          <w:b/>
          <w:sz w:val="28"/>
          <w:szCs w:val="28"/>
          <w:lang w:val="uk-UA"/>
        </w:rPr>
        <w:t xml:space="preserve">Ресурсне забезпечення </w:t>
      </w:r>
    </w:p>
    <w:p w14:paraId="20C8375E" w14:textId="011C18FF" w:rsidR="009F6E35" w:rsidRPr="002A7A66" w:rsidRDefault="006C655D" w:rsidP="009F6E35">
      <w:pPr>
        <w:tabs>
          <w:tab w:val="left" w:pos="6379"/>
        </w:tabs>
        <w:jc w:val="center"/>
        <w:rPr>
          <w:b/>
          <w:u w:val="single"/>
          <w:lang w:val="uk-UA"/>
        </w:rPr>
      </w:pPr>
      <w:r>
        <w:rPr>
          <w:b/>
          <w:u w:val="single"/>
          <w:lang w:val="uk-UA"/>
        </w:rPr>
        <w:t>П</w:t>
      </w:r>
      <w:r w:rsidR="009F6E35" w:rsidRPr="002A7A66">
        <w:rPr>
          <w:b/>
          <w:u w:val="single"/>
          <w:lang w:val="uk-UA"/>
        </w:rPr>
        <w:t xml:space="preserve">рограми розвитку Комплексної дитячо-юнацької спортивної школи Ніжинського  місцевого осередку фізкультурно-спортивного товариства  «Спартак» </w:t>
      </w:r>
    </w:p>
    <w:p w14:paraId="07471FFD" w14:textId="29E4D4E8" w:rsidR="009F6E35" w:rsidRPr="002A7A66" w:rsidRDefault="009F6E35" w:rsidP="009F6E35">
      <w:pPr>
        <w:tabs>
          <w:tab w:val="left" w:pos="6379"/>
        </w:tabs>
        <w:jc w:val="center"/>
        <w:rPr>
          <w:b/>
          <w:u w:val="single"/>
          <w:lang w:val="uk-UA"/>
        </w:rPr>
      </w:pPr>
      <w:r w:rsidRPr="002A7A66">
        <w:rPr>
          <w:b/>
          <w:u w:val="single"/>
          <w:lang w:val="uk-UA"/>
        </w:rPr>
        <w:t xml:space="preserve"> 2027-2029 роки</w:t>
      </w:r>
    </w:p>
    <w:p w14:paraId="4EA2CF9A" w14:textId="3D1C2153" w:rsidR="009F6E35" w:rsidRPr="002A7A66" w:rsidRDefault="009F6E35" w:rsidP="009F6E35">
      <w:pPr>
        <w:jc w:val="center"/>
        <w:rPr>
          <w:szCs w:val="24"/>
          <w:lang w:val="uk-UA"/>
        </w:rPr>
      </w:pPr>
      <w:r w:rsidRPr="002A7A66">
        <w:rPr>
          <w:szCs w:val="24"/>
          <w:lang w:val="uk-UA"/>
        </w:rPr>
        <w:t xml:space="preserve">                                                                                                                                            грн</w:t>
      </w:r>
    </w:p>
    <w:tbl>
      <w:tblPr>
        <w:tblW w:w="101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32"/>
        <w:gridCol w:w="1521"/>
        <w:gridCol w:w="1526"/>
        <w:gridCol w:w="1561"/>
        <w:gridCol w:w="1444"/>
      </w:tblGrid>
      <w:tr w:rsidR="009F6E35" w:rsidRPr="00E100B8" w14:paraId="14B8E1DF" w14:textId="77777777" w:rsidTr="00A42656">
        <w:trPr>
          <w:jc w:val="center"/>
        </w:trPr>
        <w:tc>
          <w:tcPr>
            <w:tcW w:w="4132" w:type="dxa"/>
            <w:vMerge w:val="restart"/>
          </w:tcPr>
          <w:p w14:paraId="5703249B" w14:textId="76DD23E9" w:rsidR="009F6E35" w:rsidRPr="002A7A66" w:rsidRDefault="009F6E35" w:rsidP="00872580">
            <w:pPr>
              <w:rPr>
                <w:lang w:val="uk-UA"/>
              </w:rPr>
            </w:pPr>
            <w:r w:rsidRPr="002A7A66">
              <w:rPr>
                <w:lang w:val="uk-UA"/>
              </w:rPr>
              <w:t>Обсяг коштів, як</w:t>
            </w:r>
            <w:r w:rsidR="001254DE">
              <w:rPr>
                <w:lang w:val="uk-UA"/>
              </w:rPr>
              <w:t xml:space="preserve">ий </w:t>
            </w:r>
            <w:r w:rsidRPr="002A7A66">
              <w:rPr>
                <w:lang w:val="uk-UA"/>
              </w:rPr>
              <w:t>пропонується залучити на виконання програми</w:t>
            </w:r>
          </w:p>
        </w:tc>
        <w:tc>
          <w:tcPr>
            <w:tcW w:w="4608" w:type="dxa"/>
            <w:gridSpan w:val="3"/>
          </w:tcPr>
          <w:p w14:paraId="2EA02A19" w14:textId="77777777" w:rsidR="009F6E35" w:rsidRPr="002A7A66" w:rsidRDefault="009F6E35" w:rsidP="00872580">
            <w:pPr>
              <w:tabs>
                <w:tab w:val="left" w:pos="4380"/>
              </w:tabs>
              <w:jc w:val="center"/>
              <w:rPr>
                <w:lang w:val="uk-UA"/>
              </w:rPr>
            </w:pPr>
            <w:r w:rsidRPr="002A7A66">
              <w:rPr>
                <w:lang w:val="uk-UA"/>
              </w:rPr>
              <w:t>Етапи виконання програми</w:t>
            </w:r>
          </w:p>
        </w:tc>
        <w:tc>
          <w:tcPr>
            <w:tcW w:w="1444" w:type="dxa"/>
            <w:vMerge w:val="restart"/>
          </w:tcPr>
          <w:p w14:paraId="517BC81D" w14:textId="77777777" w:rsidR="009F6E35" w:rsidRPr="002A7A66" w:rsidRDefault="009F6E35" w:rsidP="00872580">
            <w:pPr>
              <w:rPr>
                <w:lang w:val="uk-UA"/>
              </w:rPr>
            </w:pPr>
            <w:r w:rsidRPr="002A7A66">
              <w:rPr>
                <w:lang w:val="uk-UA"/>
              </w:rPr>
              <w:t>Усього витрат на виконання програми</w:t>
            </w:r>
          </w:p>
        </w:tc>
      </w:tr>
      <w:tr w:rsidR="009F6E35" w:rsidRPr="002A7A66" w14:paraId="6B4C4B02" w14:textId="77777777" w:rsidTr="00A42656">
        <w:trPr>
          <w:jc w:val="center"/>
        </w:trPr>
        <w:tc>
          <w:tcPr>
            <w:tcW w:w="4132" w:type="dxa"/>
            <w:vMerge/>
          </w:tcPr>
          <w:p w14:paraId="13BDD99E" w14:textId="77777777" w:rsidR="009F6E35" w:rsidRPr="002A7A66" w:rsidRDefault="009F6E35" w:rsidP="00872580">
            <w:pPr>
              <w:rPr>
                <w:lang w:val="uk-UA"/>
              </w:rPr>
            </w:pPr>
          </w:p>
        </w:tc>
        <w:tc>
          <w:tcPr>
            <w:tcW w:w="1521" w:type="dxa"/>
            <w:vAlign w:val="center"/>
          </w:tcPr>
          <w:p w14:paraId="75523F50" w14:textId="77777777" w:rsidR="009F6E35" w:rsidRPr="002A7A66" w:rsidRDefault="009F6E35" w:rsidP="00872580">
            <w:pPr>
              <w:jc w:val="center"/>
              <w:rPr>
                <w:lang w:val="uk-UA"/>
              </w:rPr>
            </w:pPr>
            <w:r w:rsidRPr="002A7A66">
              <w:rPr>
                <w:lang w:val="uk-UA"/>
              </w:rPr>
              <w:t>2027 рік</w:t>
            </w:r>
          </w:p>
        </w:tc>
        <w:tc>
          <w:tcPr>
            <w:tcW w:w="1526" w:type="dxa"/>
            <w:vAlign w:val="center"/>
          </w:tcPr>
          <w:p w14:paraId="6F53D3C0" w14:textId="77777777" w:rsidR="009F6E35" w:rsidRPr="002A7A66" w:rsidRDefault="009F6E35" w:rsidP="00872580">
            <w:pPr>
              <w:tabs>
                <w:tab w:val="left" w:pos="978"/>
              </w:tabs>
              <w:jc w:val="center"/>
              <w:rPr>
                <w:lang w:val="uk-UA"/>
              </w:rPr>
            </w:pPr>
            <w:r w:rsidRPr="002A7A66">
              <w:rPr>
                <w:lang w:val="uk-UA"/>
              </w:rPr>
              <w:t>2028 рік</w:t>
            </w:r>
          </w:p>
        </w:tc>
        <w:tc>
          <w:tcPr>
            <w:tcW w:w="1561" w:type="dxa"/>
            <w:vAlign w:val="center"/>
          </w:tcPr>
          <w:p w14:paraId="7DEF57F8" w14:textId="77777777" w:rsidR="009F6E35" w:rsidRPr="002A7A66" w:rsidRDefault="009F6E35" w:rsidP="00872580">
            <w:pPr>
              <w:jc w:val="center"/>
              <w:rPr>
                <w:lang w:val="uk-UA"/>
              </w:rPr>
            </w:pPr>
            <w:r w:rsidRPr="002A7A66">
              <w:rPr>
                <w:lang w:val="uk-UA"/>
              </w:rPr>
              <w:t>2029 рік</w:t>
            </w:r>
          </w:p>
        </w:tc>
        <w:tc>
          <w:tcPr>
            <w:tcW w:w="1444" w:type="dxa"/>
            <w:vMerge/>
          </w:tcPr>
          <w:p w14:paraId="620EC299" w14:textId="77777777" w:rsidR="009F6E35" w:rsidRPr="002A7A66" w:rsidRDefault="009F6E35" w:rsidP="00872580">
            <w:pPr>
              <w:rPr>
                <w:lang w:val="uk-UA"/>
              </w:rPr>
            </w:pPr>
          </w:p>
        </w:tc>
      </w:tr>
      <w:tr w:rsidR="009F6E35" w:rsidRPr="002A7A66" w14:paraId="1CB7C216" w14:textId="77777777" w:rsidTr="00A42656">
        <w:trPr>
          <w:jc w:val="center"/>
        </w:trPr>
        <w:tc>
          <w:tcPr>
            <w:tcW w:w="4132" w:type="dxa"/>
          </w:tcPr>
          <w:p w14:paraId="68E68D5A" w14:textId="50692E64" w:rsidR="009F6E35" w:rsidRPr="00D400A3" w:rsidRDefault="009F6E35" w:rsidP="00872580">
            <w:pPr>
              <w:rPr>
                <w:b/>
                <w:bCs/>
                <w:lang w:val="uk-UA"/>
              </w:rPr>
            </w:pPr>
            <w:r w:rsidRPr="00D400A3">
              <w:rPr>
                <w:b/>
                <w:bCs/>
                <w:lang w:val="uk-UA"/>
              </w:rPr>
              <w:t>Обсяг ресурсів</w:t>
            </w:r>
            <w:r w:rsidR="00D80F5B" w:rsidRPr="00D400A3">
              <w:rPr>
                <w:b/>
                <w:bCs/>
                <w:lang w:val="uk-UA"/>
              </w:rPr>
              <w:t xml:space="preserve"> </w:t>
            </w:r>
            <w:r w:rsidRPr="00D400A3">
              <w:rPr>
                <w:b/>
                <w:bCs/>
                <w:lang w:val="uk-UA"/>
              </w:rPr>
              <w:t>усього, у тому числі:</w:t>
            </w:r>
          </w:p>
        </w:tc>
        <w:tc>
          <w:tcPr>
            <w:tcW w:w="1521" w:type="dxa"/>
          </w:tcPr>
          <w:p w14:paraId="6FC998D3" w14:textId="2477BF12" w:rsidR="009F6E35" w:rsidRPr="00D400A3" w:rsidRDefault="00A42656" w:rsidP="00872580">
            <w:pPr>
              <w:jc w:val="center"/>
              <w:rPr>
                <w:b/>
                <w:bCs/>
                <w:lang w:val="uk-UA"/>
              </w:rPr>
            </w:pPr>
            <w:r w:rsidRPr="00D400A3">
              <w:rPr>
                <w:b/>
                <w:bCs/>
                <w:lang w:val="uk-UA"/>
              </w:rPr>
              <w:t>5 256 400</w:t>
            </w:r>
          </w:p>
        </w:tc>
        <w:tc>
          <w:tcPr>
            <w:tcW w:w="1526" w:type="dxa"/>
          </w:tcPr>
          <w:p w14:paraId="23F8BC68" w14:textId="5B1F2F9C" w:rsidR="009F6E35" w:rsidRPr="00D400A3" w:rsidRDefault="00A42656" w:rsidP="00872580">
            <w:pPr>
              <w:jc w:val="center"/>
              <w:rPr>
                <w:b/>
                <w:bCs/>
                <w:lang w:val="uk-UA"/>
              </w:rPr>
            </w:pPr>
            <w:r w:rsidRPr="00D400A3">
              <w:rPr>
                <w:b/>
                <w:bCs/>
                <w:lang w:val="uk-UA"/>
              </w:rPr>
              <w:t>5 726 300</w:t>
            </w:r>
          </w:p>
        </w:tc>
        <w:tc>
          <w:tcPr>
            <w:tcW w:w="1561" w:type="dxa"/>
          </w:tcPr>
          <w:p w14:paraId="1860AF09" w14:textId="50A75281" w:rsidR="009F6E35" w:rsidRPr="00D400A3" w:rsidRDefault="00A42656" w:rsidP="00872580">
            <w:pPr>
              <w:jc w:val="center"/>
              <w:rPr>
                <w:b/>
                <w:bCs/>
                <w:lang w:val="uk-UA"/>
              </w:rPr>
            </w:pPr>
            <w:r w:rsidRPr="00D400A3">
              <w:rPr>
                <w:b/>
                <w:bCs/>
                <w:lang w:val="uk-UA"/>
              </w:rPr>
              <w:t>6 176 600</w:t>
            </w:r>
          </w:p>
        </w:tc>
        <w:tc>
          <w:tcPr>
            <w:tcW w:w="1444" w:type="dxa"/>
          </w:tcPr>
          <w:p w14:paraId="5027AA29" w14:textId="7751989A" w:rsidR="009F6E35" w:rsidRPr="00D400A3" w:rsidRDefault="00A42656" w:rsidP="00872580">
            <w:pPr>
              <w:jc w:val="center"/>
              <w:rPr>
                <w:b/>
                <w:bCs/>
                <w:lang w:val="uk-UA"/>
              </w:rPr>
            </w:pPr>
            <w:r w:rsidRPr="00D400A3">
              <w:rPr>
                <w:b/>
                <w:bCs/>
                <w:lang w:val="uk-UA"/>
              </w:rPr>
              <w:t>17 159 300</w:t>
            </w:r>
          </w:p>
        </w:tc>
      </w:tr>
      <w:tr w:rsidR="009F6E35" w:rsidRPr="002A7A66" w14:paraId="49333FE5" w14:textId="77777777" w:rsidTr="00A42656">
        <w:trPr>
          <w:jc w:val="center"/>
        </w:trPr>
        <w:tc>
          <w:tcPr>
            <w:tcW w:w="4132" w:type="dxa"/>
          </w:tcPr>
          <w:p w14:paraId="2A972972" w14:textId="77777777" w:rsidR="009F6E35" w:rsidRPr="002A7A66" w:rsidRDefault="009F6E35" w:rsidP="00872580">
            <w:pPr>
              <w:rPr>
                <w:lang w:val="uk-UA"/>
              </w:rPr>
            </w:pPr>
            <w:r w:rsidRPr="002A7A66">
              <w:rPr>
                <w:lang w:val="uk-UA"/>
              </w:rPr>
              <w:t>обласний бюджет</w:t>
            </w:r>
          </w:p>
        </w:tc>
        <w:tc>
          <w:tcPr>
            <w:tcW w:w="1521" w:type="dxa"/>
          </w:tcPr>
          <w:p w14:paraId="041DC306" w14:textId="77777777" w:rsidR="009F6E35" w:rsidRPr="002A7A66" w:rsidRDefault="009F6E35" w:rsidP="00872580">
            <w:pPr>
              <w:jc w:val="center"/>
              <w:rPr>
                <w:lang w:val="uk-UA"/>
              </w:rPr>
            </w:pPr>
            <w:r w:rsidRPr="002A7A66">
              <w:rPr>
                <w:lang w:val="uk-UA"/>
              </w:rPr>
              <w:t>120 000</w:t>
            </w:r>
          </w:p>
        </w:tc>
        <w:tc>
          <w:tcPr>
            <w:tcW w:w="1526" w:type="dxa"/>
          </w:tcPr>
          <w:p w14:paraId="04CF7109" w14:textId="77777777" w:rsidR="009F6E35" w:rsidRPr="002A7A66" w:rsidRDefault="009F6E35" w:rsidP="00872580">
            <w:pPr>
              <w:jc w:val="center"/>
              <w:rPr>
                <w:lang w:val="uk-UA"/>
              </w:rPr>
            </w:pPr>
            <w:r w:rsidRPr="002A7A66">
              <w:rPr>
                <w:lang w:val="uk-UA"/>
              </w:rPr>
              <w:t>120 000</w:t>
            </w:r>
          </w:p>
        </w:tc>
        <w:tc>
          <w:tcPr>
            <w:tcW w:w="1561" w:type="dxa"/>
          </w:tcPr>
          <w:p w14:paraId="25300E0F" w14:textId="77777777" w:rsidR="009F6E35" w:rsidRPr="002A7A66" w:rsidRDefault="009F6E35" w:rsidP="00872580">
            <w:pPr>
              <w:jc w:val="center"/>
              <w:rPr>
                <w:lang w:val="uk-UA"/>
              </w:rPr>
            </w:pPr>
            <w:r w:rsidRPr="002A7A66">
              <w:rPr>
                <w:lang w:val="uk-UA"/>
              </w:rPr>
              <w:t>120 000</w:t>
            </w:r>
          </w:p>
        </w:tc>
        <w:tc>
          <w:tcPr>
            <w:tcW w:w="1444" w:type="dxa"/>
          </w:tcPr>
          <w:p w14:paraId="3F981A3C" w14:textId="77777777" w:rsidR="009F6E35" w:rsidRPr="002A7A66" w:rsidRDefault="009F6E35" w:rsidP="00872580">
            <w:pPr>
              <w:jc w:val="center"/>
              <w:rPr>
                <w:lang w:val="uk-UA"/>
              </w:rPr>
            </w:pPr>
            <w:r w:rsidRPr="002A7A66">
              <w:rPr>
                <w:lang w:val="uk-UA"/>
              </w:rPr>
              <w:t>360 000</w:t>
            </w:r>
          </w:p>
        </w:tc>
      </w:tr>
      <w:tr w:rsidR="009F6E35" w:rsidRPr="002A7A66" w14:paraId="22D1F508" w14:textId="77777777" w:rsidTr="00A42656">
        <w:trPr>
          <w:trHeight w:val="415"/>
          <w:jc w:val="center"/>
        </w:trPr>
        <w:tc>
          <w:tcPr>
            <w:tcW w:w="4132" w:type="dxa"/>
          </w:tcPr>
          <w:p w14:paraId="4E2714B3" w14:textId="77777777" w:rsidR="009F6E35" w:rsidRPr="002A7A66" w:rsidRDefault="009F6E35" w:rsidP="00872580">
            <w:pPr>
              <w:rPr>
                <w:lang w:val="uk-UA"/>
              </w:rPr>
            </w:pPr>
            <w:r w:rsidRPr="002A7A66">
              <w:rPr>
                <w:lang w:val="uk-UA"/>
              </w:rPr>
              <w:t>бюджет Ніжинської міської ТГ</w:t>
            </w:r>
          </w:p>
        </w:tc>
        <w:tc>
          <w:tcPr>
            <w:tcW w:w="1521" w:type="dxa"/>
          </w:tcPr>
          <w:p w14:paraId="4C51EF11" w14:textId="77777777" w:rsidR="009F6E35" w:rsidRPr="002A7A66" w:rsidRDefault="009F6E35" w:rsidP="00872580">
            <w:pPr>
              <w:jc w:val="center"/>
              <w:rPr>
                <w:highlight w:val="yellow"/>
                <w:lang w:val="uk-UA"/>
              </w:rPr>
            </w:pPr>
            <w:r w:rsidRPr="002A7A66">
              <w:rPr>
                <w:lang w:val="uk-UA"/>
              </w:rPr>
              <w:t>4 336 400</w:t>
            </w:r>
          </w:p>
        </w:tc>
        <w:tc>
          <w:tcPr>
            <w:tcW w:w="1526" w:type="dxa"/>
          </w:tcPr>
          <w:p w14:paraId="7E4D496C" w14:textId="77777777" w:rsidR="009F6E35" w:rsidRPr="002A7A66" w:rsidRDefault="009F6E35" w:rsidP="00872580">
            <w:pPr>
              <w:jc w:val="center"/>
              <w:rPr>
                <w:highlight w:val="yellow"/>
                <w:lang w:val="uk-UA"/>
              </w:rPr>
            </w:pPr>
            <w:r w:rsidRPr="002A7A66">
              <w:rPr>
                <w:lang w:val="uk-UA"/>
              </w:rPr>
              <w:t>4 706 300</w:t>
            </w:r>
          </w:p>
        </w:tc>
        <w:tc>
          <w:tcPr>
            <w:tcW w:w="1561" w:type="dxa"/>
          </w:tcPr>
          <w:p w14:paraId="7606A3CD" w14:textId="77777777" w:rsidR="009F6E35" w:rsidRPr="002A7A66" w:rsidRDefault="009F6E35" w:rsidP="00872580">
            <w:pPr>
              <w:jc w:val="center"/>
              <w:rPr>
                <w:highlight w:val="yellow"/>
                <w:lang w:val="uk-UA"/>
              </w:rPr>
            </w:pPr>
            <w:r w:rsidRPr="002A7A66">
              <w:rPr>
                <w:lang w:val="uk-UA"/>
              </w:rPr>
              <w:t>5 056 600</w:t>
            </w:r>
          </w:p>
        </w:tc>
        <w:tc>
          <w:tcPr>
            <w:tcW w:w="1444" w:type="dxa"/>
          </w:tcPr>
          <w:p w14:paraId="77C6DB24" w14:textId="77777777" w:rsidR="009F6E35" w:rsidRPr="002A7A66" w:rsidRDefault="009F6E35" w:rsidP="00872580">
            <w:pPr>
              <w:jc w:val="center"/>
              <w:rPr>
                <w:highlight w:val="yellow"/>
                <w:lang w:val="uk-UA"/>
              </w:rPr>
            </w:pPr>
            <w:r w:rsidRPr="002A7A66">
              <w:rPr>
                <w:lang w:val="uk-UA"/>
              </w:rPr>
              <w:t>14 099 300</w:t>
            </w:r>
          </w:p>
        </w:tc>
      </w:tr>
      <w:tr w:rsidR="009F6E35" w:rsidRPr="002A7A66" w14:paraId="096C27BB" w14:textId="77777777" w:rsidTr="00A42656">
        <w:trPr>
          <w:jc w:val="center"/>
        </w:trPr>
        <w:tc>
          <w:tcPr>
            <w:tcW w:w="4132" w:type="dxa"/>
          </w:tcPr>
          <w:p w14:paraId="6BB1FE9B" w14:textId="77777777" w:rsidR="009F6E35" w:rsidRPr="002A7A66" w:rsidRDefault="009F6E35" w:rsidP="00872580">
            <w:pPr>
              <w:rPr>
                <w:lang w:val="uk-UA"/>
              </w:rPr>
            </w:pPr>
            <w:r w:rsidRPr="002A7A66">
              <w:rPr>
                <w:lang w:val="uk-UA"/>
              </w:rPr>
              <w:t>кошти небюджетних джерел</w:t>
            </w:r>
          </w:p>
        </w:tc>
        <w:tc>
          <w:tcPr>
            <w:tcW w:w="1521" w:type="dxa"/>
          </w:tcPr>
          <w:p w14:paraId="2681842F" w14:textId="77777777" w:rsidR="009F6E35" w:rsidRPr="002A7A66" w:rsidRDefault="009F6E35" w:rsidP="00872580">
            <w:pPr>
              <w:jc w:val="center"/>
              <w:rPr>
                <w:lang w:val="uk-UA"/>
              </w:rPr>
            </w:pPr>
            <w:r w:rsidRPr="002A7A66">
              <w:rPr>
                <w:lang w:val="uk-UA"/>
              </w:rPr>
              <w:t>800 000</w:t>
            </w:r>
          </w:p>
        </w:tc>
        <w:tc>
          <w:tcPr>
            <w:tcW w:w="1526" w:type="dxa"/>
          </w:tcPr>
          <w:p w14:paraId="51B8CCED" w14:textId="1497C5D1" w:rsidR="009F6E35" w:rsidRPr="002A7A66" w:rsidRDefault="00A42656" w:rsidP="00872580">
            <w:pPr>
              <w:jc w:val="center"/>
              <w:rPr>
                <w:lang w:val="uk-UA"/>
              </w:rPr>
            </w:pPr>
            <w:r w:rsidRPr="002A7A66">
              <w:rPr>
                <w:lang w:val="uk-UA"/>
              </w:rPr>
              <w:t>900 000</w:t>
            </w:r>
          </w:p>
        </w:tc>
        <w:tc>
          <w:tcPr>
            <w:tcW w:w="1561" w:type="dxa"/>
          </w:tcPr>
          <w:p w14:paraId="399A6F5F" w14:textId="395B1216" w:rsidR="009F6E35" w:rsidRPr="002A7A66" w:rsidRDefault="009F6E35" w:rsidP="00872580">
            <w:pPr>
              <w:jc w:val="center"/>
              <w:rPr>
                <w:lang w:val="uk-UA"/>
              </w:rPr>
            </w:pPr>
            <w:r w:rsidRPr="002A7A66">
              <w:rPr>
                <w:lang w:val="uk-UA"/>
              </w:rPr>
              <w:t>1 </w:t>
            </w:r>
            <w:r w:rsidR="00A42656" w:rsidRPr="002A7A66">
              <w:rPr>
                <w:lang w:val="uk-UA"/>
              </w:rPr>
              <w:t>0</w:t>
            </w:r>
            <w:r w:rsidRPr="002A7A66">
              <w:rPr>
                <w:lang w:val="uk-UA"/>
              </w:rPr>
              <w:t>00 000</w:t>
            </w:r>
          </w:p>
        </w:tc>
        <w:tc>
          <w:tcPr>
            <w:tcW w:w="1444" w:type="dxa"/>
          </w:tcPr>
          <w:p w14:paraId="74AF7017" w14:textId="70326B28" w:rsidR="009F6E35" w:rsidRPr="002A7A66" w:rsidRDefault="00A42656" w:rsidP="00872580">
            <w:pPr>
              <w:jc w:val="center"/>
              <w:rPr>
                <w:lang w:val="uk-UA"/>
              </w:rPr>
            </w:pPr>
            <w:r w:rsidRPr="002A7A66">
              <w:rPr>
                <w:lang w:val="uk-UA"/>
              </w:rPr>
              <w:t>2 700 000</w:t>
            </w:r>
          </w:p>
        </w:tc>
      </w:tr>
    </w:tbl>
    <w:p w14:paraId="153CF0B3" w14:textId="77777777" w:rsidR="009F6E35" w:rsidRPr="002A7A66" w:rsidRDefault="009F6E35" w:rsidP="009F6E35">
      <w:pPr>
        <w:rPr>
          <w:sz w:val="28"/>
          <w:szCs w:val="28"/>
          <w:lang w:val="uk-UA"/>
        </w:rPr>
      </w:pPr>
    </w:p>
    <w:p w14:paraId="5DEACC9B" w14:textId="77777777" w:rsidR="009F6E35" w:rsidRPr="002A7A66" w:rsidRDefault="009F6E35" w:rsidP="009F6E35">
      <w:pPr>
        <w:rPr>
          <w:sz w:val="28"/>
          <w:szCs w:val="28"/>
          <w:lang w:val="uk-UA"/>
        </w:rPr>
      </w:pPr>
    </w:p>
    <w:p w14:paraId="13B83E63" w14:textId="77777777" w:rsidR="009F6E35" w:rsidRPr="0007369A" w:rsidRDefault="009F6E35" w:rsidP="009F6E35">
      <w:pPr>
        <w:rPr>
          <w:sz w:val="28"/>
          <w:szCs w:val="28"/>
        </w:rPr>
      </w:pPr>
    </w:p>
    <w:p w14:paraId="1E3E1AE8" w14:textId="77777777" w:rsidR="009F6E35" w:rsidRPr="0007369A" w:rsidRDefault="009F6E35" w:rsidP="009F6E35">
      <w:pPr>
        <w:rPr>
          <w:sz w:val="28"/>
          <w:szCs w:val="28"/>
        </w:rPr>
      </w:pPr>
    </w:p>
    <w:p w14:paraId="4F9AFFEF" w14:textId="77777777" w:rsidR="009F6E35" w:rsidRDefault="009F6E35" w:rsidP="009F6E35">
      <w:pPr>
        <w:tabs>
          <w:tab w:val="left" w:pos="6264"/>
        </w:tabs>
        <w:rPr>
          <w:lang w:val="uk-UA"/>
        </w:rPr>
      </w:pPr>
    </w:p>
    <w:p w14:paraId="085962DF" w14:textId="77777777" w:rsidR="009F6E35" w:rsidRDefault="009F6E35" w:rsidP="009F6E35">
      <w:pPr>
        <w:tabs>
          <w:tab w:val="left" w:pos="6264"/>
        </w:tabs>
        <w:rPr>
          <w:lang w:val="uk-UA"/>
        </w:rPr>
      </w:pPr>
    </w:p>
    <w:p w14:paraId="6832BFD4" w14:textId="77777777" w:rsidR="009F6E35" w:rsidRDefault="009F6E35" w:rsidP="009F6E35">
      <w:pPr>
        <w:tabs>
          <w:tab w:val="left" w:pos="6264"/>
        </w:tabs>
        <w:rPr>
          <w:lang w:val="uk-UA"/>
        </w:rPr>
      </w:pPr>
    </w:p>
    <w:p w14:paraId="7DF61868" w14:textId="6E258F63" w:rsidR="009F6E35" w:rsidRDefault="009F6E35" w:rsidP="009F6E35">
      <w:pPr>
        <w:tabs>
          <w:tab w:val="left" w:pos="6264"/>
        </w:tabs>
        <w:rPr>
          <w:lang w:val="uk-UA"/>
        </w:rPr>
      </w:pPr>
    </w:p>
    <w:p w14:paraId="31FAB9BC" w14:textId="77777777" w:rsidR="00D80F5B" w:rsidRDefault="00D80F5B" w:rsidP="009F6E35">
      <w:pPr>
        <w:tabs>
          <w:tab w:val="left" w:pos="6264"/>
        </w:tabs>
        <w:rPr>
          <w:lang w:val="uk-UA"/>
        </w:rPr>
      </w:pPr>
    </w:p>
    <w:p w14:paraId="08BF347E" w14:textId="4AC8A378" w:rsidR="009F6E35" w:rsidRDefault="009F6E35" w:rsidP="009F6E35">
      <w:pPr>
        <w:tabs>
          <w:tab w:val="left" w:pos="6264"/>
        </w:tabs>
        <w:rPr>
          <w:lang w:val="uk-UA"/>
        </w:rPr>
      </w:pPr>
    </w:p>
    <w:p w14:paraId="0E340E9C" w14:textId="77777777" w:rsidR="009F6E35" w:rsidRDefault="009F6E35" w:rsidP="009F6E35">
      <w:pPr>
        <w:tabs>
          <w:tab w:val="left" w:pos="6264"/>
        </w:tabs>
        <w:rPr>
          <w:lang w:val="uk-UA"/>
        </w:rPr>
      </w:pPr>
    </w:p>
    <w:p w14:paraId="2A4D8264" w14:textId="77777777" w:rsidR="009F6E35" w:rsidRDefault="009F6E35" w:rsidP="009F6E35">
      <w:pPr>
        <w:tabs>
          <w:tab w:val="left" w:pos="6264"/>
        </w:tabs>
        <w:spacing w:after="0" w:line="240" w:lineRule="auto"/>
        <w:rPr>
          <w:lang w:val="uk-UA"/>
        </w:rPr>
      </w:pPr>
    </w:p>
    <w:p w14:paraId="277492AF" w14:textId="77777777" w:rsidR="00D3032F" w:rsidRDefault="009F6E35" w:rsidP="009F6E35">
      <w:pPr>
        <w:tabs>
          <w:tab w:val="left" w:pos="6264"/>
          <w:tab w:val="left" w:pos="7536"/>
        </w:tabs>
        <w:spacing w:after="0" w:line="240" w:lineRule="auto"/>
        <w:jc w:val="both"/>
        <w:rPr>
          <w:lang w:val="uk-UA"/>
        </w:rPr>
      </w:pPr>
      <w:r>
        <w:rPr>
          <w:lang w:val="uk-UA"/>
        </w:rPr>
        <w:t xml:space="preserve">                                                 </w:t>
      </w:r>
    </w:p>
    <w:p w14:paraId="7A900E24" w14:textId="4323F8FA" w:rsidR="009F6E35" w:rsidRDefault="009F6E35" w:rsidP="00D3032F">
      <w:pPr>
        <w:tabs>
          <w:tab w:val="left" w:pos="6264"/>
          <w:tab w:val="left" w:pos="7536"/>
        </w:tabs>
        <w:spacing w:after="0" w:line="240" w:lineRule="auto"/>
        <w:jc w:val="both"/>
        <w:rPr>
          <w:lang w:val="uk-UA"/>
        </w:rPr>
      </w:pPr>
      <w:r>
        <w:rPr>
          <w:lang w:val="uk-UA"/>
        </w:rPr>
        <w:t xml:space="preserve">                                                 </w:t>
      </w:r>
      <w:r w:rsidR="00D3032F">
        <w:rPr>
          <w:lang w:val="uk-UA"/>
        </w:rPr>
        <w:t xml:space="preserve">                                                       </w:t>
      </w:r>
      <w:r>
        <w:rPr>
          <w:lang w:val="uk-UA"/>
        </w:rPr>
        <w:t>Додаток № 2</w:t>
      </w:r>
    </w:p>
    <w:p w14:paraId="037B76CA" w14:textId="5F93EA63" w:rsidR="009F6E35" w:rsidRDefault="009F6E35" w:rsidP="009F6E35">
      <w:pPr>
        <w:tabs>
          <w:tab w:val="left" w:pos="6379"/>
        </w:tabs>
        <w:spacing w:after="0" w:line="240" w:lineRule="auto"/>
        <w:jc w:val="both"/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до </w:t>
      </w:r>
      <w:r w:rsidRPr="00241941">
        <w:rPr>
          <w:lang w:val="uk-UA"/>
        </w:rPr>
        <w:t xml:space="preserve">Програми розвитку </w:t>
      </w:r>
      <w:r>
        <w:rPr>
          <w:lang w:val="uk-UA"/>
        </w:rPr>
        <w:t xml:space="preserve">                                                                                                 </w:t>
      </w:r>
    </w:p>
    <w:p w14:paraId="3288D2AA" w14:textId="77777777" w:rsidR="009F6E35" w:rsidRDefault="009F6E35" w:rsidP="009F6E35">
      <w:pPr>
        <w:tabs>
          <w:tab w:val="left" w:pos="6660"/>
        </w:tabs>
        <w:spacing w:after="0" w:line="240" w:lineRule="auto"/>
        <w:jc w:val="both"/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                </w:t>
      </w:r>
      <w:r w:rsidRPr="00241941">
        <w:rPr>
          <w:lang w:val="uk-UA"/>
        </w:rPr>
        <w:t xml:space="preserve">Комплексної дитячо-юнацької </w:t>
      </w:r>
      <w:r>
        <w:rPr>
          <w:lang w:val="uk-UA"/>
        </w:rPr>
        <w:t xml:space="preserve">                       </w:t>
      </w:r>
    </w:p>
    <w:p w14:paraId="46068ED6" w14:textId="77777777" w:rsidR="009F6E35" w:rsidRDefault="009F6E35" w:rsidP="009F6E35">
      <w:pPr>
        <w:tabs>
          <w:tab w:val="left" w:pos="6660"/>
        </w:tabs>
        <w:spacing w:after="0" w:line="240" w:lineRule="auto"/>
        <w:jc w:val="both"/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                </w:t>
      </w:r>
      <w:r w:rsidRPr="00241941">
        <w:rPr>
          <w:lang w:val="uk-UA"/>
        </w:rPr>
        <w:t xml:space="preserve">спортивної школи Ніжинського </w:t>
      </w:r>
      <w:r>
        <w:rPr>
          <w:lang w:val="uk-UA"/>
        </w:rPr>
        <w:t xml:space="preserve">                                 </w:t>
      </w:r>
    </w:p>
    <w:p w14:paraId="04A281BC" w14:textId="77777777" w:rsidR="009F6E35" w:rsidRDefault="009F6E35" w:rsidP="009F6E35">
      <w:pPr>
        <w:tabs>
          <w:tab w:val="left" w:pos="6660"/>
        </w:tabs>
        <w:spacing w:after="0" w:line="240" w:lineRule="auto"/>
        <w:jc w:val="both"/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                </w:t>
      </w:r>
      <w:r w:rsidRPr="00241941">
        <w:rPr>
          <w:lang w:val="uk-UA"/>
        </w:rPr>
        <w:t>місцевого</w:t>
      </w:r>
      <w:r>
        <w:rPr>
          <w:lang w:val="uk-UA"/>
        </w:rPr>
        <w:t xml:space="preserve"> </w:t>
      </w:r>
      <w:r w:rsidRPr="00241941">
        <w:rPr>
          <w:lang w:val="uk-UA"/>
        </w:rPr>
        <w:t>осередку</w:t>
      </w:r>
      <w:r>
        <w:rPr>
          <w:lang w:val="uk-UA"/>
        </w:rPr>
        <w:t xml:space="preserve"> </w:t>
      </w:r>
      <w:r w:rsidRPr="00241941">
        <w:rPr>
          <w:lang w:val="uk-UA"/>
        </w:rPr>
        <w:t>фізкультурно-</w:t>
      </w:r>
      <w:r>
        <w:rPr>
          <w:lang w:val="uk-UA"/>
        </w:rPr>
        <w:t xml:space="preserve">                                         </w:t>
      </w:r>
    </w:p>
    <w:p w14:paraId="6957C28A" w14:textId="77777777" w:rsidR="009F6E35" w:rsidRPr="00241941" w:rsidRDefault="009F6E35" w:rsidP="009F6E35">
      <w:pPr>
        <w:tabs>
          <w:tab w:val="left" w:pos="6660"/>
        </w:tabs>
        <w:spacing w:after="0" w:line="240" w:lineRule="auto"/>
        <w:jc w:val="both"/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                </w:t>
      </w:r>
      <w:r w:rsidRPr="00241941">
        <w:rPr>
          <w:lang w:val="uk-UA"/>
        </w:rPr>
        <w:t>спортивного</w:t>
      </w:r>
      <w:r>
        <w:rPr>
          <w:lang w:val="uk-UA"/>
        </w:rPr>
        <w:t xml:space="preserve"> </w:t>
      </w:r>
      <w:r w:rsidRPr="00241941">
        <w:rPr>
          <w:lang w:val="uk-UA"/>
        </w:rPr>
        <w:t xml:space="preserve">товариства  «Спартак»  </w:t>
      </w:r>
    </w:p>
    <w:p w14:paraId="66CF1FA4" w14:textId="77777777" w:rsidR="009F6E35" w:rsidRDefault="009F6E35" w:rsidP="009F6E35">
      <w:pPr>
        <w:tabs>
          <w:tab w:val="left" w:pos="6264"/>
        </w:tabs>
        <w:spacing w:after="0" w:line="240" w:lineRule="auto"/>
        <w:jc w:val="both"/>
        <w:rPr>
          <w:lang w:val="uk-UA"/>
        </w:rPr>
      </w:pPr>
      <w:r>
        <w:rPr>
          <w:lang w:val="uk-UA"/>
        </w:rPr>
        <w:tab/>
        <w:t>на 2027-2029</w:t>
      </w:r>
      <w:r w:rsidRPr="00241941">
        <w:rPr>
          <w:lang w:val="uk-UA"/>
        </w:rPr>
        <w:t xml:space="preserve"> роки</w:t>
      </w:r>
    </w:p>
    <w:p w14:paraId="32FDCBEB" w14:textId="77777777" w:rsidR="009F6E35" w:rsidRDefault="009F6E35" w:rsidP="009F6E35">
      <w:pPr>
        <w:tabs>
          <w:tab w:val="left" w:pos="6792"/>
        </w:tabs>
        <w:rPr>
          <w:lang w:val="uk-UA"/>
        </w:rPr>
      </w:pPr>
    </w:p>
    <w:p w14:paraId="4D84BB14" w14:textId="77777777" w:rsidR="009F6E35" w:rsidRDefault="009F6E35" w:rsidP="009F6E35">
      <w:pPr>
        <w:tabs>
          <w:tab w:val="left" w:pos="6792"/>
        </w:tabs>
        <w:rPr>
          <w:lang w:val="uk-UA"/>
        </w:rPr>
      </w:pPr>
    </w:p>
    <w:p w14:paraId="3E1DA699" w14:textId="4893C1C3" w:rsidR="009F6E35" w:rsidRPr="009F6E35" w:rsidRDefault="009F6E35" w:rsidP="009F6E35">
      <w:pPr>
        <w:tabs>
          <w:tab w:val="left" w:pos="6379"/>
        </w:tabs>
        <w:jc w:val="center"/>
        <w:rPr>
          <w:b/>
          <w:u w:val="single"/>
          <w:lang w:val="uk-UA"/>
        </w:rPr>
      </w:pPr>
      <w:r w:rsidRPr="00FA3453">
        <w:rPr>
          <w:b/>
          <w:u w:val="single"/>
          <w:lang w:val="uk-UA"/>
        </w:rPr>
        <w:t>Напрями діяльності, завдання та заходи Програми розвитку Комплексної дитячо-юнацької спортивної школи Ніжинського  місцевого осередку фізкультурно-спортив</w:t>
      </w:r>
      <w:r>
        <w:rPr>
          <w:b/>
          <w:u w:val="single"/>
          <w:lang w:val="uk-UA"/>
        </w:rPr>
        <w:t>ного товариства  «Спартак»  2027-2029</w:t>
      </w:r>
      <w:r w:rsidRPr="00FA3453">
        <w:rPr>
          <w:b/>
          <w:u w:val="single"/>
          <w:lang w:val="uk-UA"/>
        </w:rPr>
        <w:t xml:space="preserve"> роки</w:t>
      </w:r>
    </w:p>
    <w:p w14:paraId="128D1546" w14:textId="693AEDF4" w:rsidR="009F6E35" w:rsidRPr="009F6E35" w:rsidRDefault="009F6E35" w:rsidP="009F6E35">
      <w:pPr>
        <w:jc w:val="center"/>
        <w:rPr>
          <w:szCs w:val="24"/>
        </w:rPr>
      </w:pPr>
      <w:r w:rsidRPr="00FD542E">
        <w:rPr>
          <w:szCs w:val="24"/>
          <w:lang w:val="ru-RU"/>
        </w:rPr>
        <w:t xml:space="preserve">                                                                     </w:t>
      </w:r>
      <w:r w:rsidRPr="009F6E35">
        <w:rPr>
          <w:szCs w:val="24"/>
          <w:lang w:val="uk-UA"/>
        </w:rPr>
        <w:t xml:space="preserve">                                             </w:t>
      </w:r>
      <w:r>
        <w:rPr>
          <w:szCs w:val="24"/>
          <w:lang w:val="uk-UA"/>
        </w:rPr>
        <w:t xml:space="preserve">                         </w:t>
      </w:r>
      <w:r w:rsidRPr="009F6E35">
        <w:rPr>
          <w:szCs w:val="24"/>
          <w:lang w:val="uk-UA"/>
        </w:rPr>
        <w:t xml:space="preserve">                  </w:t>
      </w:r>
      <w:r w:rsidRPr="00FD542E">
        <w:rPr>
          <w:szCs w:val="24"/>
          <w:lang w:val="ru-RU"/>
        </w:rPr>
        <w:t xml:space="preserve">  </w:t>
      </w:r>
    </w:p>
    <w:tbl>
      <w:tblPr>
        <w:tblW w:w="108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96"/>
        <w:gridCol w:w="1418"/>
        <w:gridCol w:w="1354"/>
        <w:gridCol w:w="1339"/>
        <w:gridCol w:w="1876"/>
        <w:gridCol w:w="2011"/>
      </w:tblGrid>
      <w:tr w:rsidR="009F6E35" w:rsidRPr="002A7A66" w14:paraId="54FFE96B" w14:textId="77777777" w:rsidTr="00872580">
        <w:trPr>
          <w:trHeight w:val="562"/>
          <w:jc w:val="center"/>
        </w:trPr>
        <w:tc>
          <w:tcPr>
            <w:tcW w:w="2896" w:type="dxa"/>
            <w:vAlign w:val="center"/>
          </w:tcPr>
          <w:p w14:paraId="4975E22A" w14:textId="77777777" w:rsidR="009F6E35" w:rsidRPr="002A7A66" w:rsidRDefault="009F6E35" w:rsidP="00872580">
            <w:pPr>
              <w:jc w:val="center"/>
              <w:rPr>
                <w:lang w:val="uk-UA"/>
              </w:rPr>
            </w:pPr>
            <w:r w:rsidRPr="002A7A66">
              <w:rPr>
                <w:lang w:val="uk-UA"/>
              </w:rPr>
              <w:t>Найменування видатків</w:t>
            </w:r>
          </w:p>
        </w:tc>
        <w:tc>
          <w:tcPr>
            <w:tcW w:w="1418" w:type="dxa"/>
            <w:vAlign w:val="center"/>
          </w:tcPr>
          <w:p w14:paraId="4A7246E4" w14:textId="77777777" w:rsidR="009F6E35" w:rsidRPr="002A7A66" w:rsidRDefault="009F6E35" w:rsidP="00872580">
            <w:pPr>
              <w:jc w:val="center"/>
              <w:rPr>
                <w:lang w:val="uk-UA"/>
              </w:rPr>
            </w:pPr>
            <w:r w:rsidRPr="002A7A66">
              <w:rPr>
                <w:lang w:val="uk-UA"/>
              </w:rPr>
              <w:t>2027 рік</w:t>
            </w:r>
          </w:p>
        </w:tc>
        <w:tc>
          <w:tcPr>
            <w:tcW w:w="1354" w:type="dxa"/>
            <w:vAlign w:val="center"/>
          </w:tcPr>
          <w:p w14:paraId="1D16664E" w14:textId="77777777" w:rsidR="009F6E35" w:rsidRPr="002A7A66" w:rsidRDefault="009F6E35" w:rsidP="00872580">
            <w:pPr>
              <w:tabs>
                <w:tab w:val="left" w:pos="978"/>
              </w:tabs>
              <w:jc w:val="center"/>
              <w:rPr>
                <w:lang w:val="uk-UA"/>
              </w:rPr>
            </w:pPr>
            <w:r w:rsidRPr="002A7A66">
              <w:rPr>
                <w:lang w:val="uk-UA"/>
              </w:rPr>
              <w:t>2028 рік</w:t>
            </w:r>
          </w:p>
        </w:tc>
        <w:tc>
          <w:tcPr>
            <w:tcW w:w="1339" w:type="dxa"/>
            <w:vAlign w:val="center"/>
          </w:tcPr>
          <w:p w14:paraId="7F5F9121" w14:textId="77777777" w:rsidR="009F6E35" w:rsidRPr="002A7A66" w:rsidRDefault="009F6E35" w:rsidP="00872580">
            <w:pPr>
              <w:jc w:val="center"/>
              <w:rPr>
                <w:lang w:val="uk-UA"/>
              </w:rPr>
            </w:pPr>
            <w:r w:rsidRPr="002A7A66">
              <w:rPr>
                <w:lang w:val="uk-UA"/>
              </w:rPr>
              <w:t>2029 рік</w:t>
            </w:r>
          </w:p>
        </w:tc>
        <w:tc>
          <w:tcPr>
            <w:tcW w:w="1876" w:type="dxa"/>
            <w:vAlign w:val="center"/>
          </w:tcPr>
          <w:p w14:paraId="104F942E" w14:textId="3AE75B31" w:rsidR="009F6E35" w:rsidRPr="002A7A66" w:rsidRDefault="009F6E35" w:rsidP="00872580">
            <w:pPr>
              <w:jc w:val="center"/>
              <w:rPr>
                <w:lang w:val="uk-UA"/>
              </w:rPr>
            </w:pPr>
            <w:r w:rsidRPr="002A7A66">
              <w:rPr>
                <w:lang w:val="uk-UA"/>
              </w:rPr>
              <w:t>Усього витрат на виконання програми</w:t>
            </w:r>
            <w:r w:rsidR="00B91D86">
              <w:rPr>
                <w:lang w:val="uk-UA"/>
              </w:rPr>
              <w:t xml:space="preserve"> (грн</w:t>
            </w:r>
            <w:r w:rsidR="00D746B2">
              <w:rPr>
                <w:lang w:val="uk-UA"/>
              </w:rPr>
              <w:t>)</w:t>
            </w:r>
          </w:p>
        </w:tc>
        <w:tc>
          <w:tcPr>
            <w:tcW w:w="2011" w:type="dxa"/>
            <w:vAlign w:val="center"/>
          </w:tcPr>
          <w:p w14:paraId="57F45F7B" w14:textId="77777777" w:rsidR="009F6E35" w:rsidRPr="002A7A66" w:rsidRDefault="009F6E35" w:rsidP="00872580">
            <w:pPr>
              <w:jc w:val="center"/>
              <w:rPr>
                <w:lang w:val="uk-UA"/>
              </w:rPr>
            </w:pPr>
            <w:r w:rsidRPr="002A7A66">
              <w:rPr>
                <w:lang w:val="uk-UA"/>
              </w:rPr>
              <w:t>Джерела фінансування</w:t>
            </w:r>
          </w:p>
        </w:tc>
      </w:tr>
      <w:tr w:rsidR="009F6E35" w:rsidRPr="002A7A66" w14:paraId="7AE1F9DD" w14:textId="77777777" w:rsidTr="00872580">
        <w:trPr>
          <w:jc w:val="center"/>
        </w:trPr>
        <w:tc>
          <w:tcPr>
            <w:tcW w:w="2896" w:type="dxa"/>
            <w:vAlign w:val="center"/>
          </w:tcPr>
          <w:p w14:paraId="78AA91BF" w14:textId="77777777" w:rsidR="009F6E35" w:rsidRPr="002A7A66" w:rsidRDefault="009F6E35" w:rsidP="00872580">
            <w:pPr>
              <w:jc w:val="center"/>
              <w:rPr>
                <w:highlight w:val="yellow"/>
                <w:lang w:val="uk-UA"/>
              </w:rPr>
            </w:pPr>
            <w:r w:rsidRPr="002A7A66">
              <w:rPr>
                <w:lang w:val="uk-UA"/>
              </w:rPr>
              <w:t>Оплата праці з нарахуванням</w:t>
            </w:r>
          </w:p>
        </w:tc>
        <w:tc>
          <w:tcPr>
            <w:tcW w:w="1418" w:type="dxa"/>
            <w:vAlign w:val="center"/>
          </w:tcPr>
          <w:p w14:paraId="42A65176" w14:textId="77777777" w:rsidR="009F6E35" w:rsidRPr="002A7A66" w:rsidRDefault="009F6E35" w:rsidP="00872580">
            <w:pPr>
              <w:jc w:val="center"/>
              <w:rPr>
                <w:lang w:val="uk-UA"/>
              </w:rPr>
            </w:pPr>
            <w:r w:rsidRPr="002A7A66">
              <w:rPr>
                <w:lang w:val="uk-UA"/>
              </w:rPr>
              <w:t>4 336 400</w:t>
            </w:r>
          </w:p>
        </w:tc>
        <w:tc>
          <w:tcPr>
            <w:tcW w:w="1354" w:type="dxa"/>
            <w:vAlign w:val="center"/>
          </w:tcPr>
          <w:p w14:paraId="018FE620" w14:textId="77777777" w:rsidR="009F6E35" w:rsidRPr="002A7A66" w:rsidRDefault="009F6E35" w:rsidP="00872580">
            <w:pPr>
              <w:jc w:val="center"/>
              <w:rPr>
                <w:lang w:val="uk-UA"/>
              </w:rPr>
            </w:pPr>
            <w:r w:rsidRPr="002A7A66">
              <w:rPr>
                <w:lang w:val="uk-UA"/>
              </w:rPr>
              <w:t>4 706 300</w:t>
            </w:r>
          </w:p>
        </w:tc>
        <w:tc>
          <w:tcPr>
            <w:tcW w:w="1339" w:type="dxa"/>
            <w:vAlign w:val="center"/>
          </w:tcPr>
          <w:p w14:paraId="087C0D54" w14:textId="77777777" w:rsidR="009F6E35" w:rsidRPr="002A7A66" w:rsidRDefault="009F6E35" w:rsidP="00872580">
            <w:pPr>
              <w:jc w:val="center"/>
              <w:rPr>
                <w:lang w:val="uk-UA"/>
              </w:rPr>
            </w:pPr>
            <w:r w:rsidRPr="002A7A66">
              <w:rPr>
                <w:lang w:val="uk-UA"/>
              </w:rPr>
              <w:t>5 056 600</w:t>
            </w:r>
          </w:p>
        </w:tc>
        <w:tc>
          <w:tcPr>
            <w:tcW w:w="1876" w:type="dxa"/>
            <w:vAlign w:val="center"/>
          </w:tcPr>
          <w:p w14:paraId="1A180FBC" w14:textId="77777777" w:rsidR="009F6E35" w:rsidRPr="002A7A66" w:rsidRDefault="009F6E35" w:rsidP="00872580">
            <w:pPr>
              <w:jc w:val="center"/>
              <w:rPr>
                <w:lang w:val="uk-UA"/>
              </w:rPr>
            </w:pPr>
            <w:r w:rsidRPr="002A7A66">
              <w:rPr>
                <w:lang w:val="uk-UA"/>
              </w:rPr>
              <w:t>14 099 300</w:t>
            </w:r>
          </w:p>
        </w:tc>
        <w:tc>
          <w:tcPr>
            <w:tcW w:w="2011" w:type="dxa"/>
          </w:tcPr>
          <w:p w14:paraId="28205177" w14:textId="77777777" w:rsidR="009F6E35" w:rsidRPr="002A7A66" w:rsidRDefault="009F6E35" w:rsidP="00872580">
            <w:pPr>
              <w:jc w:val="center"/>
              <w:rPr>
                <w:lang w:val="uk-UA"/>
              </w:rPr>
            </w:pPr>
            <w:r w:rsidRPr="002A7A66">
              <w:rPr>
                <w:lang w:val="uk-UA"/>
              </w:rPr>
              <w:t>бюджет Ніжинської міської ТГ</w:t>
            </w:r>
          </w:p>
        </w:tc>
      </w:tr>
      <w:tr w:rsidR="009F6E35" w:rsidRPr="002A7A66" w14:paraId="2AE54F04" w14:textId="77777777" w:rsidTr="00872580">
        <w:trPr>
          <w:jc w:val="center"/>
        </w:trPr>
        <w:tc>
          <w:tcPr>
            <w:tcW w:w="2896" w:type="dxa"/>
            <w:vAlign w:val="center"/>
          </w:tcPr>
          <w:p w14:paraId="4A3B7B3F" w14:textId="77777777" w:rsidR="009F6E35" w:rsidRPr="002A7A66" w:rsidRDefault="009F6E35" w:rsidP="00872580">
            <w:pPr>
              <w:jc w:val="center"/>
              <w:rPr>
                <w:lang w:val="uk-UA"/>
              </w:rPr>
            </w:pPr>
            <w:r w:rsidRPr="002A7A66">
              <w:rPr>
                <w:lang w:val="uk-UA"/>
              </w:rPr>
              <w:t>Часткове забезпечення проведення НТЗ та участі у змаганнях</w:t>
            </w:r>
          </w:p>
        </w:tc>
        <w:tc>
          <w:tcPr>
            <w:tcW w:w="1418" w:type="dxa"/>
            <w:vAlign w:val="center"/>
          </w:tcPr>
          <w:p w14:paraId="66F40DF4" w14:textId="77777777" w:rsidR="009F6E35" w:rsidRPr="002A7A66" w:rsidRDefault="009F6E35" w:rsidP="00872580">
            <w:pPr>
              <w:jc w:val="center"/>
              <w:rPr>
                <w:lang w:val="uk-UA"/>
              </w:rPr>
            </w:pPr>
            <w:r w:rsidRPr="002A7A66">
              <w:rPr>
                <w:lang w:val="uk-UA"/>
              </w:rPr>
              <w:t>120 000</w:t>
            </w:r>
          </w:p>
        </w:tc>
        <w:tc>
          <w:tcPr>
            <w:tcW w:w="1354" w:type="dxa"/>
            <w:vAlign w:val="center"/>
          </w:tcPr>
          <w:p w14:paraId="3BC84353" w14:textId="77777777" w:rsidR="009F6E35" w:rsidRPr="002A7A66" w:rsidRDefault="009F6E35" w:rsidP="00872580">
            <w:pPr>
              <w:jc w:val="center"/>
              <w:rPr>
                <w:lang w:val="uk-UA"/>
              </w:rPr>
            </w:pPr>
            <w:r w:rsidRPr="002A7A66">
              <w:rPr>
                <w:lang w:val="uk-UA"/>
              </w:rPr>
              <w:t>120 000</w:t>
            </w:r>
          </w:p>
        </w:tc>
        <w:tc>
          <w:tcPr>
            <w:tcW w:w="1339" w:type="dxa"/>
            <w:vAlign w:val="center"/>
          </w:tcPr>
          <w:p w14:paraId="0CCBA065" w14:textId="77777777" w:rsidR="009F6E35" w:rsidRPr="002A7A66" w:rsidRDefault="009F6E35" w:rsidP="00872580">
            <w:pPr>
              <w:jc w:val="center"/>
              <w:rPr>
                <w:lang w:val="uk-UA"/>
              </w:rPr>
            </w:pPr>
            <w:r w:rsidRPr="002A7A66">
              <w:rPr>
                <w:lang w:val="uk-UA"/>
              </w:rPr>
              <w:t>120 000</w:t>
            </w:r>
          </w:p>
        </w:tc>
        <w:tc>
          <w:tcPr>
            <w:tcW w:w="1876" w:type="dxa"/>
            <w:vAlign w:val="center"/>
          </w:tcPr>
          <w:p w14:paraId="7AD502FA" w14:textId="77777777" w:rsidR="009F6E35" w:rsidRPr="002A7A66" w:rsidRDefault="009F6E35" w:rsidP="00872580">
            <w:pPr>
              <w:jc w:val="center"/>
              <w:rPr>
                <w:lang w:val="uk-UA"/>
              </w:rPr>
            </w:pPr>
            <w:r w:rsidRPr="002A7A66">
              <w:rPr>
                <w:lang w:val="uk-UA"/>
              </w:rPr>
              <w:t>360 000</w:t>
            </w:r>
          </w:p>
        </w:tc>
        <w:tc>
          <w:tcPr>
            <w:tcW w:w="2011" w:type="dxa"/>
          </w:tcPr>
          <w:p w14:paraId="58E02B2D" w14:textId="77777777" w:rsidR="009F6E35" w:rsidRPr="002A7A66" w:rsidRDefault="009F6E35" w:rsidP="00872580">
            <w:pPr>
              <w:jc w:val="center"/>
              <w:rPr>
                <w:lang w:val="uk-UA"/>
              </w:rPr>
            </w:pPr>
            <w:r w:rsidRPr="002A7A66">
              <w:rPr>
                <w:lang w:val="uk-UA"/>
              </w:rPr>
              <w:t>обласний бюджет</w:t>
            </w:r>
          </w:p>
        </w:tc>
      </w:tr>
      <w:tr w:rsidR="009F6E35" w:rsidRPr="002A7A66" w14:paraId="203E51E4" w14:textId="77777777" w:rsidTr="00A42656">
        <w:trPr>
          <w:trHeight w:val="710"/>
          <w:jc w:val="center"/>
        </w:trPr>
        <w:tc>
          <w:tcPr>
            <w:tcW w:w="2896" w:type="dxa"/>
            <w:vAlign w:val="center"/>
          </w:tcPr>
          <w:p w14:paraId="3A1514FC" w14:textId="77777777" w:rsidR="009F6E35" w:rsidRPr="002A7A66" w:rsidRDefault="009F6E35" w:rsidP="00872580">
            <w:pPr>
              <w:jc w:val="center"/>
              <w:rPr>
                <w:lang w:val="uk-UA"/>
              </w:rPr>
            </w:pPr>
            <w:r w:rsidRPr="002A7A66">
              <w:rPr>
                <w:lang w:val="uk-UA"/>
              </w:rPr>
              <w:t>Утримання, оренда приміщень, часткове забезпечення учбово-тренувальної  роботи, участі в змаганнях, їх проведення, інша статутна  діяльність</w:t>
            </w:r>
          </w:p>
        </w:tc>
        <w:tc>
          <w:tcPr>
            <w:tcW w:w="1418" w:type="dxa"/>
            <w:vAlign w:val="center"/>
          </w:tcPr>
          <w:p w14:paraId="55D2DACB" w14:textId="77777777" w:rsidR="009F6E35" w:rsidRPr="002A7A66" w:rsidRDefault="009F6E35" w:rsidP="00872580">
            <w:pPr>
              <w:jc w:val="center"/>
              <w:rPr>
                <w:highlight w:val="yellow"/>
                <w:lang w:val="uk-UA"/>
              </w:rPr>
            </w:pPr>
            <w:r w:rsidRPr="002A7A66">
              <w:rPr>
                <w:lang w:val="uk-UA"/>
              </w:rPr>
              <w:t>800 000</w:t>
            </w:r>
          </w:p>
        </w:tc>
        <w:tc>
          <w:tcPr>
            <w:tcW w:w="1354" w:type="dxa"/>
            <w:vAlign w:val="center"/>
          </w:tcPr>
          <w:p w14:paraId="15207005" w14:textId="1D1AC9AD" w:rsidR="009F6E35" w:rsidRPr="002A7A66" w:rsidRDefault="00A42656" w:rsidP="00872580">
            <w:pPr>
              <w:jc w:val="center"/>
              <w:rPr>
                <w:lang w:val="uk-UA"/>
              </w:rPr>
            </w:pPr>
            <w:r w:rsidRPr="002A7A66">
              <w:rPr>
                <w:lang w:val="uk-UA"/>
              </w:rPr>
              <w:t>9</w:t>
            </w:r>
            <w:r w:rsidR="009F6E35" w:rsidRPr="002A7A66">
              <w:rPr>
                <w:lang w:val="uk-UA"/>
              </w:rPr>
              <w:t>00 000</w:t>
            </w:r>
          </w:p>
        </w:tc>
        <w:tc>
          <w:tcPr>
            <w:tcW w:w="1339" w:type="dxa"/>
            <w:vAlign w:val="center"/>
          </w:tcPr>
          <w:p w14:paraId="1876343B" w14:textId="50309A91" w:rsidR="009F6E35" w:rsidRPr="002A7A66" w:rsidRDefault="009F6E35" w:rsidP="00872580">
            <w:pPr>
              <w:jc w:val="center"/>
              <w:rPr>
                <w:lang w:val="uk-UA"/>
              </w:rPr>
            </w:pPr>
            <w:r w:rsidRPr="002A7A66">
              <w:rPr>
                <w:lang w:val="uk-UA"/>
              </w:rPr>
              <w:t>1 </w:t>
            </w:r>
            <w:r w:rsidR="00A42656" w:rsidRPr="002A7A66">
              <w:rPr>
                <w:lang w:val="uk-UA"/>
              </w:rPr>
              <w:t>0</w:t>
            </w:r>
            <w:r w:rsidRPr="002A7A66">
              <w:rPr>
                <w:lang w:val="uk-UA"/>
              </w:rPr>
              <w:t>00 000</w:t>
            </w:r>
          </w:p>
        </w:tc>
        <w:tc>
          <w:tcPr>
            <w:tcW w:w="1876" w:type="dxa"/>
            <w:vAlign w:val="center"/>
          </w:tcPr>
          <w:p w14:paraId="09BE68B2" w14:textId="4B74800B" w:rsidR="009F6E35" w:rsidRPr="002A7A66" w:rsidRDefault="00A42656" w:rsidP="00872580">
            <w:pPr>
              <w:jc w:val="center"/>
              <w:rPr>
                <w:lang w:val="uk-UA"/>
              </w:rPr>
            </w:pPr>
            <w:r w:rsidRPr="002A7A66">
              <w:rPr>
                <w:lang w:val="uk-UA"/>
              </w:rPr>
              <w:t>2 7</w:t>
            </w:r>
            <w:r w:rsidR="009F6E35" w:rsidRPr="002A7A66">
              <w:rPr>
                <w:lang w:val="uk-UA"/>
              </w:rPr>
              <w:t>00 000</w:t>
            </w:r>
          </w:p>
        </w:tc>
        <w:tc>
          <w:tcPr>
            <w:tcW w:w="2011" w:type="dxa"/>
          </w:tcPr>
          <w:p w14:paraId="68C31D0C" w14:textId="77777777" w:rsidR="009F6E35" w:rsidRPr="002A7A66" w:rsidRDefault="009F6E35" w:rsidP="00872580">
            <w:pPr>
              <w:jc w:val="center"/>
              <w:rPr>
                <w:lang w:val="uk-UA"/>
              </w:rPr>
            </w:pPr>
            <w:r w:rsidRPr="002A7A66">
              <w:rPr>
                <w:lang w:val="uk-UA"/>
              </w:rPr>
              <w:t>кошти небюджетних джерел</w:t>
            </w:r>
          </w:p>
        </w:tc>
      </w:tr>
      <w:tr w:rsidR="009F6E35" w:rsidRPr="002A7A66" w14:paraId="357488FD" w14:textId="77777777" w:rsidTr="00872580">
        <w:trPr>
          <w:trHeight w:val="710"/>
          <w:jc w:val="center"/>
        </w:trPr>
        <w:tc>
          <w:tcPr>
            <w:tcW w:w="2896" w:type="dxa"/>
            <w:vAlign w:val="center"/>
          </w:tcPr>
          <w:p w14:paraId="11D86D53" w14:textId="77777777" w:rsidR="009F6E35" w:rsidRPr="002A7A66" w:rsidRDefault="009F6E35" w:rsidP="00872580">
            <w:pPr>
              <w:jc w:val="center"/>
              <w:rPr>
                <w:b/>
                <w:lang w:val="uk-UA"/>
              </w:rPr>
            </w:pPr>
            <w:r w:rsidRPr="002A7A66">
              <w:rPr>
                <w:b/>
                <w:lang w:val="uk-UA"/>
              </w:rPr>
              <w:t>Всього</w:t>
            </w:r>
          </w:p>
        </w:tc>
        <w:tc>
          <w:tcPr>
            <w:tcW w:w="1418" w:type="dxa"/>
            <w:vAlign w:val="center"/>
          </w:tcPr>
          <w:p w14:paraId="36E6C64B" w14:textId="55ED75CE" w:rsidR="009F6E35" w:rsidRPr="0033507E" w:rsidRDefault="00A42656" w:rsidP="00872580">
            <w:pPr>
              <w:jc w:val="center"/>
              <w:rPr>
                <w:b/>
                <w:bCs/>
                <w:lang w:val="uk-UA"/>
              </w:rPr>
            </w:pPr>
            <w:r w:rsidRPr="0033507E">
              <w:rPr>
                <w:b/>
                <w:bCs/>
                <w:lang w:val="uk-UA"/>
              </w:rPr>
              <w:t>5 256 400</w:t>
            </w:r>
          </w:p>
        </w:tc>
        <w:tc>
          <w:tcPr>
            <w:tcW w:w="1354" w:type="dxa"/>
            <w:vAlign w:val="center"/>
          </w:tcPr>
          <w:p w14:paraId="4E520D7A" w14:textId="5670297F" w:rsidR="009F6E35" w:rsidRPr="0033507E" w:rsidRDefault="00A42656" w:rsidP="00872580">
            <w:pPr>
              <w:jc w:val="center"/>
              <w:rPr>
                <w:b/>
                <w:bCs/>
                <w:lang w:val="uk-UA"/>
              </w:rPr>
            </w:pPr>
            <w:r w:rsidRPr="0033507E">
              <w:rPr>
                <w:b/>
                <w:bCs/>
                <w:lang w:val="uk-UA"/>
              </w:rPr>
              <w:t>5 726 300</w:t>
            </w:r>
          </w:p>
        </w:tc>
        <w:tc>
          <w:tcPr>
            <w:tcW w:w="1339" w:type="dxa"/>
            <w:vAlign w:val="center"/>
          </w:tcPr>
          <w:p w14:paraId="3CDBE02E" w14:textId="188ED21D" w:rsidR="009F6E35" w:rsidRPr="0033507E" w:rsidRDefault="00A42656" w:rsidP="00872580">
            <w:pPr>
              <w:jc w:val="center"/>
              <w:rPr>
                <w:b/>
                <w:bCs/>
                <w:lang w:val="uk-UA"/>
              </w:rPr>
            </w:pPr>
            <w:r w:rsidRPr="0033507E">
              <w:rPr>
                <w:b/>
                <w:bCs/>
                <w:lang w:val="uk-UA"/>
              </w:rPr>
              <w:t>6 176 600</w:t>
            </w:r>
          </w:p>
        </w:tc>
        <w:tc>
          <w:tcPr>
            <w:tcW w:w="1876" w:type="dxa"/>
            <w:vAlign w:val="center"/>
          </w:tcPr>
          <w:p w14:paraId="5A341CE6" w14:textId="54696578" w:rsidR="009F6E35" w:rsidRPr="0033507E" w:rsidRDefault="003B3D3B" w:rsidP="00872580">
            <w:pPr>
              <w:jc w:val="center"/>
              <w:rPr>
                <w:b/>
                <w:bCs/>
                <w:lang w:val="uk-UA"/>
              </w:rPr>
            </w:pPr>
            <w:r w:rsidRPr="0033507E">
              <w:rPr>
                <w:b/>
                <w:bCs/>
                <w:lang w:val="uk-UA"/>
              </w:rPr>
              <w:t>17 159 300</w:t>
            </w:r>
          </w:p>
        </w:tc>
        <w:tc>
          <w:tcPr>
            <w:tcW w:w="2011" w:type="dxa"/>
          </w:tcPr>
          <w:p w14:paraId="1C459BBE" w14:textId="77777777" w:rsidR="009F6E35" w:rsidRPr="002A7A66" w:rsidRDefault="009F6E35" w:rsidP="00872580">
            <w:pPr>
              <w:jc w:val="center"/>
              <w:rPr>
                <w:lang w:val="uk-UA"/>
              </w:rPr>
            </w:pPr>
          </w:p>
        </w:tc>
      </w:tr>
    </w:tbl>
    <w:p w14:paraId="52B817E4" w14:textId="77777777" w:rsidR="009F6E35" w:rsidRPr="002A7A66" w:rsidRDefault="009F6E35" w:rsidP="009F6E35">
      <w:pPr>
        <w:tabs>
          <w:tab w:val="left" w:pos="6792"/>
        </w:tabs>
        <w:jc w:val="center"/>
        <w:rPr>
          <w:lang w:val="uk-UA"/>
        </w:rPr>
      </w:pPr>
    </w:p>
    <w:p w14:paraId="7E180998" w14:textId="77777777" w:rsidR="009F6E35" w:rsidRPr="002A7A66" w:rsidRDefault="009F6E35" w:rsidP="009F6E35">
      <w:pPr>
        <w:tabs>
          <w:tab w:val="left" w:pos="6792"/>
        </w:tabs>
        <w:jc w:val="center"/>
        <w:rPr>
          <w:lang w:val="uk-UA"/>
        </w:rPr>
      </w:pPr>
    </w:p>
    <w:p w14:paraId="7B35109D" w14:textId="77777777" w:rsidR="009F6E35" w:rsidRPr="002A7A66" w:rsidRDefault="009F6E35" w:rsidP="009F6E35">
      <w:pPr>
        <w:tabs>
          <w:tab w:val="left" w:pos="6792"/>
        </w:tabs>
        <w:jc w:val="center"/>
        <w:rPr>
          <w:lang w:val="uk-UA"/>
        </w:rPr>
      </w:pPr>
    </w:p>
    <w:p w14:paraId="3DCB55BD" w14:textId="77777777" w:rsidR="009F6E35" w:rsidRPr="002A7A66" w:rsidRDefault="009F6E35" w:rsidP="009F6E35">
      <w:pPr>
        <w:tabs>
          <w:tab w:val="left" w:pos="6792"/>
        </w:tabs>
        <w:jc w:val="center"/>
        <w:rPr>
          <w:lang w:val="uk-UA"/>
        </w:rPr>
      </w:pPr>
    </w:p>
    <w:p w14:paraId="3CA5137E" w14:textId="77777777" w:rsidR="009F6E35" w:rsidRDefault="009F6E35" w:rsidP="009F6E35">
      <w:pPr>
        <w:tabs>
          <w:tab w:val="left" w:pos="6792"/>
        </w:tabs>
        <w:jc w:val="center"/>
        <w:rPr>
          <w:lang w:val="uk-UA"/>
        </w:rPr>
      </w:pPr>
    </w:p>
    <w:p w14:paraId="30B101F6" w14:textId="4C259251" w:rsidR="009F6E35" w:rsidRDefault="009F6E35" w:rsidP="003B3D3B">
      <w:pPr>
        <w:tabs>
          <w:tab w:val="left" w:pos="6792"/>
        </w:tabs>
        <w:rPr>
          <w:lang w:val="uk-UA"/>
        </w:rPr>
      </w:pPr>
    </w:p>
    <w:p w14:paraId="586B03AB" w14:textId="77777777" w:rsidR="00656621" w:rsidRDefault="00656621" w:rsidP="003B3D3B">
      <w:pPr>
        <w:tabs>
          <w:tab w:val="left" w:pos="6792"/>
        </w:tabs>
        <w:rPr>
          <w:lang w:val="uk-UA"/>
        </w:rPr>
      </w:pPr>
    </w:p>
    <w:p w14:paraId="11A50706" w14:textId="77777777" w:rsidR="009F6E35" w:rsidRDefault="009F6E35" w:rsidP="009F6E35">
      <w:pPr>
        <w:tabs>
          <w:tab w:val="left" w:pos="6792"/>
        </w:tabs>
        <w:jc w:val="center"/>
        <w:rPr>
          <w:lang w:val="uk-UA"/>
        </w:rPr>
      </w:pPr>
    </w:p>
    <w:p w14:paraId="030B1DB1" w14:textId="77777777" w:rsidR="009F6E35" w:rsidRDefault="009F6E35" w:rsidP="009F6E35">
      <w:pPr>
        <w:tabs>
          <w:tab w:val="left" w:pos="6792"/>
        </w:tabs>
        <w:jc w:val="center"/>
        <w:rPr>
          <w:lang w:val="uk-UA"/>
        </w:rPr>
      </w:pPr>
    </w:p>
    <w:p w14:paraId="5C7EBEBB" w14:textId="77777777" w:rsidR="009F6E35" w:rsidRPr="009F6E35" w:rsidRDefault="009F6E35" w:rsidP="009F6E35">
      <w:pPr>
        <w:rPr>
          <w:szCs w:val="24"/>
          <w:lang w:val="uk-UA"/>
        </w:rPr>
      </w:pPr>
      <w:r w:rsidRPr="009F6E35">
        <w:rPr>
          <w:szCs w:val="24"/>
          <w:lang w:val="uk-UA"/>
        </w:rPr>
        <w:lastRenderedPageBreak/>
        <w:t>Експертиза проведена:</w:t>
      </w:r>
    </w:p>
    <w:p w14:paraId="0567E4F4" w14:textId="77777777" w:rsidR="009F6E35" w:rsidRPr="009F6E35" w:rsidRDefault="009F6E35" w:rsidP="009F6E35">
      <w:pPr>
        <w:rPr>
          <w:szCs w:val="24"/>
          <w:lang w:val="uk-UA"/>
        </w:rPr>
      </w:pPr>
    </w:p>
    <w:p w14:paraId="7DC72706" w14:textId="77777777" w:rsidR="009F6E35" w:rsidRPr="009F6E35" w:rsidRDefault="009F6E35" w:rsidP="009F6E35">
      <w:pPr>
        <w:rPr>
          <w:szCs w:val="24"/>
          <w:lang w:val="uk-UA"/>
        </w:rPr>
      </w:pPr>
    </w:p>
    <w:p w14:paraId="5C310ED5" w14:textId="77777777" w:rsidR="009F6E35" w:rsidRPr="009F6E35" w:rsidRDefault="009F6E35" w:rsidP="009F6E35">
      <w:pPr>
        <w:rPr>
          <w:szCs w:val="24"/>
          <w:lang w:val="uk-UA"/>
        </w:rPr>
      </w:pPr>
      <w:r w:rsidRPr="009F6E35">
        <w:rPr>
          <w:szCs w:val="24"/>
          <w:lang w:val="uk-UA"/>
        </w:rPr>
        <w:t>Погоджено:</w:t>
      </w:r>
    </w:p>
    <w:p w14:paraId="6112F2BE" w14:textId="77777777" w:rsidR="009F6E35" w:rsidRPr="009F6E35" w:rsidRDefault="009F6E35" w:rsidP="009F6E35">
      <w:pPr>
        <w:rPr>
          <w:szCs w:val="24"/>
          <w:lang w:val="uk-UA"/>
        </w:rPr>
      </w:pPr>
      <w:r w:rsidRPr="009F6E35">
        <w:rPr>
          <w:szCs w:val="24"/>
          <w:lang w:val="uk-UA"/>
        </w:rPr>
        <w:t>Начальник фінансового управління</w:t>
      </w:r>
    </w:p>
    <w:p w14:paraId="2EF75C69" w14:textId="6B811840" w:rsidR="009F6E35" w:rsidRPr="009F6E35" w:rsidRDefault="009F6E35" w:rsidP="009F6E35">
      <w:pPr>
        <w:rPr>
          <w:szCs w:val="24"/>
          <w:lang w:val="uk-UA"/>
        </w:rPr>
      </w:pPr>
      <w:r w:rsidRPr="009F6E35">
        <w:rPr>
          <w:szCs w:val="24"/>
          <w:lang w:val="uk-UA"/>
        </w:rPr>
        <w:t xml:space="preserve">Ніжинської міської ради                                          </w:t>
      </w:r>
      <w:r>
        <w:rPr>
          <w:szCs w:val="24"/>
          <w:lang w:val="uk-UA"/>
        </w:rPr>
        <w:t xml:space="preserve">                  </w:t>
      </w:r>
      <w:r w:rsidRPr="009F6E35">
        <w:rPr>
          <w:szCs w:val="24"/>
          <w:lang w:val="uk-UA"/>
        </w:rPr>
        <w:t xml:space="preserve">        Людмила ПИСАРЕНКО</w:t>
      </w:r>
    </w:p>
    <w:p w14:paraId="62A0E582" w14:textId="77777777" w:rsidR="009F6E35" w:rsidRPr="009F6E35" w:rsidRDefault="009F6E35" w:rsidP="009F6E35">
      <w:pPr>
        <w:rPr>
          <w:szCs w:val="24"/>
          <w:lang w:val="uk-UA"/>
        </w:rPr>
      </w:pPr>
    </w:p>
    <w:p w14:paraId="5191A35D" w14:textId="4DCFC2A3" w:rsidR="009F6E35" w:rsidRPr="009F6E35" w:rsidRDefault="009F6E35" w:rsidP="009F6E35">
      <w:pPr>
        <w:rPr>
          <w:szCs w:val="24"/>
          <w:lang w:val="uk-UA"/>
        </w:rPr>
      </w:pPr>
      <w:r w:rsidRPr="009F6E35">
        <w:rPr>
          <w:szCs w:val="24"/>
          <w:lang w:val="uk-UA"/>
        </w:rPr>
        <w:t>Начальник відділу економі</w:t>
      </w:r>
      <w:r w:rsidR="00386703">
        <w:rPr>
          <w:szCs w:val="24"/>
          <w:lang w:val="uk-UA"/>
        </w:rPr>
        <w:t>чного</w:t>
      </w:r>
    </w:p>
    <w:p w14:paraId="5B34F948" w14:textId="5831EC23" w:rsidR="009F6E35" w:rsidRPr="009F6E35" w:rsidRDefault="00386703" w:rsidP="009F6E35">
      <w:pPr>
        <w:rPr>
          <w:szCs w:val="24"/>
          <w:lang w:val="uk-UA"/>
        </w:rPr>
      </w:pPr>
      <w:r>
        <w:rPr>
          <w:szCs w:val="24"/>
          <w:lang w:val="uk-UA"/>
        </w:rPr>
        <w:t>розвитку та стратегічного</w:t>
      </w:r>
    </w:p>
    <w:p w14:paraId="072191BF" w14:textId="77777777" w:rsidR="00386703" w:rsidRDefault="00386703" w:rsidP="009F6E35">
      <w:pPr>
        <w:rPr>
          <w:szCs w:val="24"/>
          <w:lang w:val="uk-UA"/>
        </w:rPr>
      </w:pPr>
      <w:r>
        <w:rPr>
          <w:szCs w:val="24"/>
          <w:lang w:val="uk-UA"/>
        </w:rPr>
        <w:t>планування</w:t>
      </w:r>
    </w:p>
    <w:p w14:paraId="1A4C1879" w14:textId="2163A79A" w:rsidR="009F6E35" w:rsidRPr="009F6E35" w:rsidRDefault="009F6E35" w:rsidP="009F6E35">
      <w:pPr>
        <w:rPr>
          <w:szCs w:val="24"/>
          <w:lang w:val="uk-UA"/>
        </w:rPr>
      </w:pPr>
      <w:r w:rsidRPr="009F6E35">
        <w:rPr>
          <w:szCs w:val="24"/>
          <w:lang w:val="uk-UA"/>
        </w:rPr>
        <w:t>виконавчого комітету</w:t>
      </w:r>
    </w:p>
    <w:p w14:paraId="7453A136" w14:textId="079BEEF8" w:rsidR="009F6E35" w:rsidRPr="009F6E35" w:rsidRDefault="009F6E35" w:rsidP="009F6E35">
      <w:pPr>
        <w:rPr>
          <w:szCs w:val="24"/>
          <w:lang w:val="uk-UA"/>
        </w:rPr>
      </w:pPr>
      <w:r w:rsidRPr="009F6E35">
        <w:rPr>
          <w:szCs w:val="24"/>
          <w:lang w:val="uk-UA"/>
        </w:rPr>
        <w:t xml:space="preserve">Ніжинської міської ради                                            </w:t>
      </w:r>
      <w:r>
        <w:rPr>
          <w:szCs w:val="24"/>
          <w:lang w:val="uk-UA"/>
        </w:rPr>
        <w:t xml:space="preserve">                 </w:t>
      </w:r>
      <w:r w:rsidRPr="009F6E35">
        <w:rPr>
          <w:szCs w:val="24"/>
          <w:lang w:val="uk-UA"/>
        </w:rPr>
        <w:t xml:space="preserve">      </w:t>
      </w:r>
      <w:r w:rsidR="00386703">
        <w:rPr>
          <w:szCs w:val="24"/>
          <w:lang w:val="uk-UA"/>
        </w:rPr>
        <w:t>Ярослава ЯРОШ</w:t>
      </w:r>
      <w:r w:rsidRPr="009F6E35">
        <w:rPr>
          <w:szCs w:val="24"/>
          <w:lang w:val="uk-UA"/>
        </w:rPr>
        <w:t xml:space="preserve"> </w:t>
      </w:r>
    </w:p>
    <w:p w14:paraId="475C8ADB" w14:textId="77777777" w:rsidR="009F6E35" w:rsidRPr="009F6E35" w:rsidRDefault="009F6E35" w:rsidP="009F6E35">
      <w:pPr>
        <w:ind w:firstLine="720"/>
        <w:rPr>
          <w:szCs w:val="24"/>
          <w:lang w:val="uk-UA"/>
        </w:rPr>
      </w:pPr>
    </w:p>
    <w:p w14:paraId="4447BF50" w14:textId="77777777" w:rsidR="009F6E35" w:rsidRPr="00E100B8" w:rsidRDefault="009F6E35" w:rsidP="009F6E35">
      <w:pPr>
        <w:tabs>
          <w:tab w:val="left" w:pos="6792"/>
        </w:tabs>
        <w:jc w:val="center"/>
        <w:rPr>
          <w:szCs w:val="24"/>
          <w:lang w:val="uk-UA"/>
        </w:rPr>
      </w:pPr>
    </w:p>
    <w:p w14:paraId="0F4AFB26" w14:textId="77777777" w:rsidR="00FD542E" w:rsidRPr="00E100B8" w:rsidRDefault="00FD542E" w:rsidP="009F6E35">
      <w:pPr>
        <w:tabs>
          <w:tab w:val="left" w:pos="6792"/>
        </w:tabs>
        <w:jc w:val="center"/>
        <w:rPr>
          <w:szCs w:val="24"/>
          <w:lang w:val="uk-UA"/>
        </w:rPr>
      </w:pPr>
    </w:p>
    <w:p w14:paraId="5070831E" w14:textId="77777777" w:rsidR="00FD542E" w:rsidRPr="00E100B8" w:rsidRDefault="00FD542E" w:rsidP="009F6E35">
      <w:pPr>
        <w:tabs>
          <w:tab w:val="left" w:pos="6792"/>
        </w:tabs>
        <w:jc w:val="center"/>
        <w:rPr>
          <w:szCs w:val="24"/>
          <w:lang w:val="uk-UA"/>
        </w:rPr>
      </w:pPr>
    </w:p>
    <w:p w14:paraId="7A62EE04" w14:textId="77777777" w:rsidR="00FD542E" w:rsidRPr="00E100B8" w:rsidRDefault="00FD542E" w:rsidP="009F6E35">
      <w:pPr>
        <w:tabs>
          <w:tab w:val="left" w:pos="6792"/>
        </w:tabs>
        <w:jc w:val="center"/>
        <w:rPr>
          <w:szCs w:val="24"/>
          <w:lang w:val="uk-UA"/>
        </w:rPr>
      </w:pPr>
    </w:p>
    <w:p w14:paraId="28A520F8" w14:textId="77777777" w:rsidR="00FD542E" w:rsidRPr="00E100B8" w:rsidRDefault="00FD542E" w:rsidP="009F6E35">
      <w:pPr>
        <w:tabs>
          <w:tab w:val="left" w:pos="6792"/>
        </w:tabs>
        <w:jc w:val="center"/>
        <w:rPr>
          <w:szCs w:val="24"/>
          <w:lang w:val="uk-UA"/>
        </w:rPr>
      </w:pPr>
    </w:p>
    <w:p w14:paraId="1681EE22" w14:textId="77777777" w:rsidR="00FD542E" w:rsidRPr="00E100B8" w:rsidRDefault="00FD542E" w:rsidP="009F6E35">
      <w:pPr>
        <w:tabs>
          <w:tab w:val="left" w:pos="6792"/>
        </w:tabs>
        <w:jc w:val="center"/>
        <w:rPr>
          <w:szCs w:val="24"/>
          <w:lang w:val="uk-UA"/>
        </w:rPr>
      </w:pPr>
    </w:p>
    <w:p w14:paraId="4392A4BE" w14:textId="77777777" w:rsidR="00FD542E" w:rsidRPr="00E100B8" w:rsidRDefault="00FD542E" w:rsidP="009F6E35">
      <w:pPr>
        <w:tabs>
          <w:tab w:val="left" w:pos="6792"/>
        </w:tabs>
        <w:jc w:val="center"/>
        <w:rPr>
          <w:szCs w:val="24"/>
          <w:lang w:val="uk-UA"/>
        </w:rPr>
      </w:pPr>
    </w:p>
    <w:p w14:paraId="488ADE58" w14:textId="77777777" w:rsidR="00FD542E" w:rsidRPr="00E100B8" w:rsidRDefault="00FD542E" w:rsidP="009F6E35">
      <w:pPr>
        <w:tabs>
          <w:tab w:val="left" w:pos="6792"/>
        </w:tabs>
        <w:jc w:val="center"/>
        <w:rPr>
          <w:szCs w:val="24"/>
          <w:lang w:val="uk-UA"/>
        </w:rPr>
      </w:pPr>
    </w:p>
    <w:p w14:paraId="6FB1552D" w14:textId="77777777" w:rsidR="00FD542E" w:rsidRPr="00E100B8" w:rsidRDefault="00FD542E" w:rsidP="009F6E35">
      <w:pPr>
        <w:tabs>
          <w:tab w:val="left" w:pos="6792"/>
        </w:tabs>
        <w:jc w:val="center"/>
        <w:rPr>
          <w:szCs w:val="24"/>
          <w:lang w:val="uk-UA"/>
        </w:rPr>
      </w:pPr>
    </w:p>
    <w:p w14:paraId="67598329" w14:textId="77777777" w:rsidR="00FD542E" w:rsidRPr="00E100B8" w:rsidRDefault="00FD542E" w:rsidP="009F6E35">
      <w:pPr>
        <w:tabs>
          <w:tab w:val="left" w:pos="6792"/>
        </w:tabs>
        <w:jc w:val="center"/>
        <w:rPr>
          <w:szCs w:val="24"/>
          <w:lang w:val="uk-UA"/>
        </w:rPr>
      </w:pPr>
    </w:p>
    <w:p w14:paraId="3B7D0207" w14:textId="77777777" w:rsidR="00FD542E" w:rsidRPr="00E100B8" w:rsidRDefault="00FD542E" w:rsidP="009F6E35">
      <w:pPr>
        <w:tabs>
          <w:tab w:val="left" w:pos="6792"/>
        </w:tabs>
        <w:jc w:val="center"/>
        <w:rPr>
          <w:szCs w:val="24"/>
          <w:lang w:val="uk-UA"/>
        </w:rPr>
      </w:pPr>
    </w:p>
    <w:p w14:paraId="7BC1AEB8" w14:textId="77777777" w:rsidR="00FD542E" w:rsidRPr="00E100B8" w:rsidRDefault="00FD542E" w:rsidP="009F6E35">
      <w:pPr>
        <w:tabs>
          <w:tab w:val="left" w:pos="6792"/>
        </w:tabs>
        <w:jc w:val="center"/>
        <w:rPr>
          <w:szCs w:val="24"/>
          <w:lang w:val="uk-UA"/>
        </w:rPr>
      </w:pPr>
    </w:p>
    <w:p w14:paraId="7A115880" w14:textId="77777777" w:rsidR="00FD542E" w:rsidRPr="00E100B8" w:rsidRDefault="00FD542E" w:rsidP="009F6E35">
      <w:pPr>
        <w:tabs>
          <w:tab w:val="left" w:pos="6792"/>
        </w:tabs>
        <w:jc w:val="center"/>
        <w:rPr>
          <w:szCs w:val="24"/>
          <w:lang w:val="uk-UA"/>
        </w:rPr>
      </w:pPr>
    </w:p>
    <w:p w14:paraId="0696A35B" w14:textId="77777777" w:rsidR="00FD542E" w:rsidRPr="00E100B8" w:rsidRDefault="00FD542E" w:rsidP="009F6E35">
      <w:pPr>
        <w:tabs>
          <w:tab w:val="left" w:pos="6792"/>
        </w:tabs>
        <w:jc w:val="center"/>
        <w:rPr>
          <w:szCs w:val="24"/>
          <w:lang w:val="uk-UA"/>
        </w:rPr>
      </w:pPr>
    </w:p>
    <w:p w14:paraId="5CBD2ACF" w14:textId="77777777" w:rsidR="00FD542E" w:rsidRPr="00E100B8" w:rsidRDefault="00FD542E" w:rsidP="009F6E35">
      <w:pPr>
        <w:tabs>
          <w:tab w:val="left" w:pos="6792"/>
        </w:tabs>
        <w:jc w:val="center"/>
        <w:rPr>
          <w:szCs w:val="24"/>
          <w:lang w:val="uk-UA"/>
        </w:rPr>
      </w:pPr>
    </w:p>
    <w:p w14:paraId="4F5D833D" w14:textId="77777777" w:rsidR="00FD542E" w:rsidRPr="00E100B8" w:rsidRDefault="00FD542E" w:rsidP="009F6E35">
      <w:pPr>
        <w:tabs>
          <w:tab w:val="left" w:pos="6792"/>
        </w:tabs>
        <w:jc w:val="center"/>
        <w:rPr>
          <w:szCs w:val="24"/>
          <w:lang w:val="uk-UA"/>
        </w:rPr>
      </w:pPr>
    </w:p>
    <w:p w14:paraId="4E200451" w14:textId="77777777" w:rsidR="00FD542E" w:rsidRPr="00E100B8" w:rsidRDefault="00FD542E" w:rsidP="009F6E35">
      <w:pPr>
        <w:tabs>
          <w:tab w:val="left" w:pos="6792"/>
        </w:tabs>
        <w:jc w:val="center"/>
        <w:rPr>
          <w:szCs w:val="24"/>
          <w:lang w:val="uk-UA"/>
        </w:rPr>
      </w:pPr>
    </w:p>
    <w:p w14:paraId="1F2EEB1C" w14:textId="77777777" w:rsidR="00FD542E" w:rsidRPr="00E100B8" w:rsidRDefault="00FD542E" w:rsidP="009F6E35">
      <w:pPr>
        <w:tabs>
          <w:tab w:val="left" w:pos="6792"/>
        </w:tabs>
        <w:jc w:val="center"/>
        <w:rPr>
          <w:szCs w:val="24"/>
          <w:lang w:val="uk-UA"/>
        </w:rPr>
      </w:pPr>
    </w:p>
    <w:p w14:paraId="6928E89E" w14:textId="77777777" w:rsidR="00FD542E" w:rsidRPr="00E100B8" w:rsidRDefault="00FD542E" w:rsidP="009F6E35">
      <w:pPr>
        <w:tabs>
          <w:tab w:val="left" w:pos="6792"/>
        </w:tabs>
        <w:jc w:val="center"/>
        <w:rPr>
          <w:szCs w:val="24"/>
          <w:lang w:val="uk-UA"/>
        </w:rPr>
      </w:pPr>
    </w:p>
    <w:sectPr w:rsidR="00FD542E" w:rsidRPr="00E100B8" w:rsidSect="005869A6">
      <w:pgSz w:w="12240" w:h="15840"/>
      <w:pgMar w:top="850" w:right="850" w:bottom="567" w:left="1417" w:header="28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18657E" w14:textId="77777777" w:rsidR="005D29D1" w:rsidRDefault="005D29D1" w:rsidP="009F6E35">
      <w:pPr>
        <w:spacing w:after="0" w:line="240" w:lineRule="auto"/>
      </w:pPr>
      <w:r>
        <w:separator/>
      </w:r>
    </w:p>
  </w:endnote>
  <w:endnote w:type="continuationSeparator" w:id="0">
    <w:p w14:paraId="13D18A6C" w14:textId="77777777" w:rsidR="005D29D1" w:rsidRDefault="005D29D1" w:rsidP="009F6E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22E90D" w14:textId="77777777" w:rsidR="005D29D1" w:rsidRDefault="005D29D1" w:rsidP="009F6E35">
      <w:pPr>
        <w:spacing w:after="0" w:line="240" w:lineRule="auto"/>
      </w:pPr>
      <w:r>
        <w:separator/>
      </w:r>
    </w:p>
  </w:footnote>
  <w:footnote w:type="continuationSeparator" w:id="0">
    <w:p w14:paraId="773F634B" w14:textId="77777777" w:rsidR="005D29D1" w:rsidRDefault="005D29D1" w:rsidP="009F6E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4DA4104E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AA14F83"/>
    <w:multiLevelType w:val="multilevel"/>
    <w:tmpl w:val="2D9E5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0170AA7"/>
    <w:multiLevelType w:val="multilevel"/>
    <w:tmpl w:val="C2CCC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8BA00A4"/>
    <w:multiLevelType w:val="hybridMultilevel"/>
    <w:tmpl w:val="6D26AD60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026D"/>
    <w:rsid w:val="00012736"/>
    <w:rsid w:val="00034616"/>
    <w:rsid w:val="0006063C"/>
    <w:rsid w:val="00083F2E"/>
    <w:rsid w:val="00090746"/>
    <w:rsid w:val="000C0BFA"/>
    <w:rsid w:val="000D7959"/>
    <w:rsid w:val="000E366A"/>
    <w:rsid w:val="000F6C0F"/>
    <w:rsid w:val="00102FE0"/>
    <w:rsid w:val="00105858"/>
    <w:rsid w:val="001254DE"/>
    <w:rsid w:val="001371C1"/>
    <w:rsid w:val="0015074B"/>
    <w:rsid w:val="00150800"/>
    <w:rsid w:val="00173604"/>
    <w:rsid w:val="0018142B"/>
    <w:rsid w:val="00185A0E"/>
    <w:rsid w:val="001C09C4"/>
    <w:rsid w:val="001F034D"/>
    <w:rsid w:val="00204FED"/>
    <w:rsid w:val="002251BE"/>
    <w:rsid w:val="00234AF3"/>
    <w:rsid w:val="00235EF1"/>
    <w:rsid w:val="002411E7"/>
    <w:rsid w:val="0029639D"/>
    <w:rsid w:val="002A7A66"/>
    <w:rsid w:val="002D0791"/>
    <w:rsid w:val="002D489D"/>
    <w:rsid w:val="002D69C8"/>
    <w:rsid w:val="002F2BA8"/>
    <w:rsid w:val="00304885"/>
    <w:rsid w:val="00315EF8"/>
    <w:rsid w:val="00326F90"/>
    <w:rsid w:val="00331E45"/>
    <w:rsid w:val="0033507E"/>
    <w:rsid w:val="00350976"/>
    <w:rsid w:val="003551E9"/>
    <w:rsid w:val="00386703"/>
    <w:rsid w:val="0039670E"/>
    <w:rsid w:val="003B3D3B"/>
    <w:rsid w:val="003D473D"/>
    <w:rsid w:val="003E5852"/>
    <w:rsid w:val="00412DB7"/>
    <w:rsid w:val="004614BF"/>
    <w:rsid w:val="00467140"/>
    <w:rsid w:val="004936E1"/>
    <w:rsid w:val="004B618E"/>
    <w:rsid w:val="004E0DA0"/>
    <w:rsid w:val="004F61F4"/>
    <w:rsid w:val="004F72DD"/>
    <w:rsid w:val="00504C63"/>
    <w:rsid w:val="00507351"/>
    <w:rsid w:val="0052686E"/>
    <w:rsid w:val="00545608"/>
    <w:rsid w:val="005758FD"/>
    <w:rsid w:val="005869A6"/>
    <w:rsid w:val="00595ECA"/>
    <w:rsid w:val="005B13A0"/>
    <w:rsid w:val="005C5480"/>
    <w:rsid w:val="005D29D1"/>
    <w:rsid w:val="00650229"/>
    <w:rsid w:val="00656621"/>
    <w:rsid w:val="00665944"/>
    <w:rsid w:val="0069559C"/>
    <w:rsid w:val="00697FB8"/>
    <w:rsid w:val="006C1F2F"/>
    <w:rsid w:val="006C26E9"/>
    <w:rsid w:val="006C655D"/>
    <w:rsid w:val="006D4C65"/>
    <w:rsid w:val="006F690E"/>
    <w:rsid w:val="006F7309"/>
    <w:rsid w:val="0072548F"/>
    <w:rsid w:val="007418FD"/>
    <w:rsid w:val="00784D39"/>
    <w:rsid w:val="007E043F"/>
    <w:rsid w:val="007E57CD"/>
    <w:rsid w:val="007F2004"/>
    <w:rsid w:val="00886BE5"/>
    <w:rsid w:val="008A5533"/>
    <w:rsid w:val="008B0EEC"/>
    <w:rsid w:val="008F460B"/>
    <w:rsid w:val="00980F73"/>
    <w:rsid w:val="009A6556"/>
    <w:rsid w:val="009C43DB"/>
    <w:rsid w:val="009E1D38"/>
    <w:rsid w:val="009E5DD5"/>
    <w:rsid w:val="009F6E35"/>
    <w:rsid w:val="00A15B11"/>
    <w:rsid w:val="00A42656"/>
    <w:rsid w:val="00A55D1C"/>
    <w:rsid w:val="00A57503"/>
    <w:rsid w:val="00A70BB6"/>
    <w:rsid w:val="00AA1D8D"/>
    <w:rsid w:val="00B47730"/>
    <w:rsid w:val="00B601F4"/>
    <w:rsid w:val="00B63BD0"/>
    <w:rsid w:val="00B84F25"/>
    <w:rsid w:val="00B91D86"/>
    <w:rsid w:val="00BB6760"/>
    <w:rsid w:val="00BD5257"/>
    <w:rsid w:val="00C23D2C"/>
    <w:rsid w:val="00C76961"/>
    <w:rsid w:val="00CB0664"/>
    <w:rsid w:val="00CB084C"/>
    <w:rsid w:val="00CD6D27"/>
    <w:rsid w:val="00CE4905"/>
    <w:rsid w:val="00D11555"/>
    <w:rsid w:val="00D3032F"/>
    <w:rsid w:val="00D37460"/>
    <w:rsid w:val="00D400A3"/>
    <w:rsid w:val="00D42415"/>
    <w:rsid w:val="00D746B2"/>
    <w:rsid w:val="00D76DB1"/>
    <w:rsid w:val="00D80F5B"/>
    <w:rsid w:val="00D95EF6"/>
    <w:rsid w:val="00D97651"/>
    <w:rsid w:val="00DE7C3A"/>
    <w:rsid w:val="00E073B8"/>
    <w:rsid w:val="00E100B8"/>
    <w:rsid w:val="00E53341"/>
    <w:rsid w:val="00E837C3"/>
    <w:rsid w:val="00E866C5"/>
    <w:rsid w:val="00EA4FCE"/>
    <w:rsid w:val="00EA6C74"/>
    <w:rsid w:val="00EB2BC3"/>
    <w:rsid w:val="00EE5CF4"/>
    <w:rsid w:val="00EF7E13"/>
    <w:rsid w:val="00F27EEE"/>
    <w:rsid w:val="00F34EDF"/>
    <w:rsid w:val="00F76AA2"/>
    <w:rsid w:val="00FC403E"/>
    <w:rsid w:val="00FC693F"/>
    <w:rsid w:val="00FD542E"/>
    <w:rsid w:val="00FE2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F2906A8"/>
  <w14:defaultImageDpi w14:val="300"/>
  <w15:docId w15:val="{1BF7693C-17C7-4F78-8BCB-2F2327F09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link w:val="af"/>
    <w:uiPriority w:val="34"/>
    <w:qFormat/>
    <w:rsid w:val="00FC693F"/>
    <w:pPr>
      <w:ind w:left="720"/>
      <w:contextualSpacing/>
    </w:pPr>
  </w:style>
  <w:style w:type="paragraph" w:styleId="af0">
    <w:name w:val="Body Text"/>
    <w:basedOn w:val="a1"/>
    <w:link w:val="af1"/>
    <w:uiPriority w:val="99"/>
    <w:unhideWhenUsed/>
    <w:rsid w:val="00AA1D8D"/>
  </w:style>
  <w:style w:type="character" w:customStyle="1" w:styleId="af1">
    <w:name w:val="Основной текст Знак"/>
    <w:basedOn w:val="a2"/>
    <w:link w:val="af0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2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3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4">
    <w:name w:val="macro"/>
    <w:link w:val="af5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5">
    <w:name w:val="Текст макроса Знак"/>
    <w:basedOn w:val="a2"/>
    <w:link w:val="af4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6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7">
    <w:name w:val="Strong"/>
    <w:basedOn w:val="a2"/>
    <w:uiPriority w:val="22"/>
    <w:qFormat/>
    <w:rsid w:val="00FC693F"/>
    <w:rPr>
      <w:b/>
      <w:bCs/>
    </w:rPr>
  </w:style>
  <w:style w:type="character" w:styleId="af8">
    <w:name w:val="Emphasis"/>
    <w:basedOn w:val="a2"/>
    <w:uiPriority w:val="20"/>
    <w:qFormat/>
    <w:rsid w:val="00FC693F"/>
    <w:rPr>
      <w:i/>
      <w:iCs/>
    </w:rPr>
  </w:style>
  <w:style w:type="paragraph" w:styleId="af9">
    <w:name w:val="Intense Quote"/>
    <w:basedOn w:val="a1"/>
    <w:next w:val="a1"/>
    <w:link w:val="afa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a">
    <w:name w:val="Выделенная цитата Знак"/>
    <w:basedOn w:val="a2"/>
    <w:link w:val="af9"/>
    <w:uiPriority w:val="30"/>
    <w:rsid w:val="00FC693F"/>
    <w:rPr>
      <w:b/>
      <w:bCs/>
      <w:i/>
      <w:iCs/>
      <w:color w:val="4F81BD" w:themeColor="accent1"/>
    </w:rPr>
  </w:style>
  <w:style w:type="character" w:styleId="afb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c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d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e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0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9">
    <w:name w:val="footnote text"/>
    <w:basedOn w:val="a1"/>
    <w:link w:val="affa"/>
    <w:uiPriority w:val="99"/>
    <w:semiHidden/>
    <w:unhideWhenUsed/>
    <w:rsid w:val="002A7A66"/>
    <w:pPr>
      <w:spacing w:after="0" w:line="240" w:lineRule="auto"/>
    </w:pPr>
    <w:rPr>
      <w:sz w:val="20"/>
      <w:szCs w:val="20"/>
    </w:rPr>
  </w:style>
  <w:style w:type="character" w:customStyle="1" w:styleId="affa">
    <w:name w:val="Текст сноски Знак"/>
    <w:basedOn w:val="a2"/>
    <w:link w:val="aff9"/>
    <w:uiPriority w:val="99"/>
    <w:semiHidden/>
    <w:rsid w:val="002A7A66"/>
    <w:rPr>
      <w:rFonts w:ascii="Times New Roman" w:hAnsi="Times New Roman"/>
      <w:sz w:val="20"/>
      <w:szCs w:val="20"/>
    </w:rPr>
  </w:style>
  <w:style w:type="character" w:styleId="affb">
    <w:name w:val="footnote reference"/>
    <w:basedOn w:val="a2"/>
    <w:uiPriority w:val="99"/>
    <w:semiHidden/>
    <w:unhideWhenUsed/>
    <w:rsid w:val="002A7A66"/>
    <w:rPr>
      <w:vertAlign w:val="superscript"/>
    </w:rPr>
  </w:style>
  <w:style w:type="paragraph" w:styleId="affc">
    <w:name w:val="endnote text"/>
    <w:basedOn w:val="a1"/>
    <w:link w:val="affd"/>
    <w:uiPriority w:val="99"/>
    <w:semiHidden/>
    <w:unhideWhenUsed/>
    <w:rsid w:val="00FD542E"/>
    <w:pPr>
      <w:spacing w:after="0" w:line="240" w:lineRule="auto"/>
    </w:pPr>
    <w:rPr>
      <w:sz w:val="20"/>
      <w:szCs w:val="20"/>
    </w:rPr>
  </w:style>
  <w:style w:type="character" w:customStyle="1" w:styleId="affd">
    <w:name w:val="Текст концевой сноски Знак"/>
    <w:basedOn w:val="a2"/>
    <w:link w:val="affc"/>
    <w:uiPriority w:val="99"/>
    <w:semiHidden/>
    <w:rsid w:val="00FD542E"/>
    <w:rPr>
      <w:rFonts w:ascii="Times New Roman" w:hAnsi="Times New Roman"/>
      <w:sz w:val="20"/>
      <w:szCs w:val="20"/>
    </w:rPr>
  </w:style>
  <w:style w:type="character" w:styleId="affe">
    <w:name w:val="endnote reference"/>
    <w:basedOn w:val="a2"/>
    <w:uiPriority w:val="99"/>
    <w:semiHidden/>
    <w:unhideWhenUsed/>
    <w:rsid w:val="00FD542E"/>
    <w:rPr>
      <w:vertAlign w:val="superscript"/>
    </w:rPr>
  </w:style>
  <w:style w:type="character" w:customStyle="1" w:styleId="af">
    <w:name w:val="Абзац списка Знак"/>
    <w:link w:val="ae"/>
    <w:uiPriority w:val="34"/>
    <w:qFormat/>
    <w:locked/>
    <w:rsid w:val="00E837C3"/>
    <w:rPr>
      <w:rFonts w:ascii="Times New Roman" w:hAnsi="Times New Roman"/>
      <w:sz w:val="24"/>
    </w:rPr>
  </w:style>
  <w:style w:type="paragraph" w:styleId="afff">
    <w:name w:val="Normal (Web)"/>
    <w:basedOn w:val="a1"/>
    <w:uiPriority w:val="99"/>
    <w:semiHidden/>
    <w:unhideWhenUsed/>
    <w:rsid w:val="00C23D2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646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CD4E8EA-9829-4D2B-BB26-5155255D1B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8</Pages>
  <Words>10187</Words>
  <Characters>5807</Characters>
  <Application>Microsoft Office Word</Application>
  <DocSecurity>0</DocSecurity>
  <Lines>48</Lines>
  <Paragraphs>31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Manager/>
  <Company/>
  <LinksUpToDate>false</LinksUpToDate>
  <CharactersWithSpaces>15963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Sveta</cp:lastModifiedBy>
  <cp:revision>23</cp:revision>
  <cp:lastPrinted>2026-09-18T13:31:00Z</cp:lastPrinted>
  <dcterms:created xsi:type="dcterms:W3CDTF">2026-09-17T06:05:00Z</dcterms:created>
  <dcterms:modified xsi:type="dcterms:W3CDTF">2026-09-18T13:31:00Z</dcterms:modified>
  <cp:category/>
</cp:coreProperties>
</file>